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A344" w14:textId="0A9E6CAD" w:rsidR="009F513B" w:rsidRPr="009F513B" w:rsidRDefault="009F513B" w:rsidP="009F513B">
      <w:pPr>
        <w:tabs>
          <w:tab w:val="center" w:pos="4680"/>
          <w:tab w:val="right" w:pos="9360"/>
        </w:tabs>
        <w:spacing w:after="0"/>
        <w:rPr>
          <w:rFonts w:asciiTheme="minorHAnsi" w:hAnsiTheme="minorHAnsi"/>
          <w:sz w:val="22"/>
          <w:lang w:val="pl-PL"/>
        </w:rPr>
      </w:pPr>
      <w:r w:rsidRPr="009F513B">
        <w:rPr>
          <w:rFonts w:asciiTheme="minorHAnsi" w:hAnsiTheme="minorHAnsi"/>
          <w:noProof/>
          <w:sz w:val="22"/>
          <w:lang w:val="pl-PL"/>
        </w:rPr>
        <w:drawing>
          <wp:anchor distT="0" distB="0" distL="114300" distR="114300" simplePos="0" relativeHeight="251658752" behindDoc="0" locked="0" layoutInCell="1" allowOverlap="1" wp14:anchorId="3E203960" wp14:editId="7545F143">
            <wp:simplePos x="0" y="0"/>
            <wp:positionH relativeFrom="margin">
              <wp:posOffset>8183880</wp:posOffset>
            </wp:positionH>
            <wp:positionV relativeFrom="margin">
              <wp:posOffset>-925830</wp:posOffset>
            </wp:positionV>
            <wp:extent cx="738505" cy="708660"/>
            <wp:effectExtent l="0" t="0" r="444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50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513B">
        <w:rPr>
          <w:rFonts w:asciiTheme="minorHAnsi" w:hAnsiTheme="minorHAnsi"/>
          <w:sz w:val="22"/>
          <w:lang w:val="pl-PL"/>
        </w:rPr>
        <w:t xml:space="preserve">   </w:t>
      </w:r>
      <w:r w:rsidRPr="009F513B">
        <w:rPr>
          <w:rFonts w:asciiTheme="minorHAnsi" w:hAnsiTheme="minorHAnsi"/>
          <w:noProof/>
          <w:sz w:val="22"/>
          <w:lang w:val="pl-PL"/>
        </w:rPr>
        <w:drawing>
          <wp:inline distT="0" distB="0" distL="0" distR="0" wp14:anchorId="7ABBDABF" wp14:editId="13C3D08B">
            <wp:extent cx="1546860" cy="565785"/>
            <wp:effectExtent l="0" t="0" r="0" b="5715"/>
            <wp:docPr id="207200191" name="Obraz 2072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3B">
        <w:rPr>
          <w:rFonts w:asciiTheme="minorHAnsi" w:hAnsiTheme="minorHAnsi"/>
          <w:sz w:val="22"/>
          <w:lang w:val="pl-PL"/>
        </w:rPr>
        <w:t xml:space="preserve">                                                         </w:t>
      </w:r>
      <w:r>
        <w:rPr>
          <w:rFonts w:asciiTheme="minorHAnsi" w:hAnsiTheme="minorHAnsi"/>
          <w:sz w:val="22"/>
          <w:lang w:val="pl-PL"/>
        </w:rPr>
        <w:t xml:space="preserve">                                                           </w:t>
      </w:r>
      <w:r w:rsidRPr="009F513B">
        <w:rPr>
          <w:rFonts w:asciiTheme="minorHAnsi" w:hAnsiTheme="minorHAnsi"/>
          <w:sz w:val="22"/>
          <w:lang w:val="pl-PL"/>
        </w:rPr>
        <w:t xml:space="preserve">  </w:t>
      </w:r>
      <w:r w:rsidRPr="009F513B">
        <w:rPr>
          <w:rFonts w:asciiTheme="minorHAnsi" w:hAnsiTheme="minorHAnsi"/>
          <w:noProof/>
          <w:sz w:val="22"/>
          <w:lang w:val="pl-PL"/>
        </w:rPr>
        <w:drawing>
          <wp:inline distT="0" distB="0" distL="0" distR="0" wp14:anchorId="136FCDF8" wp14:editId="2A594610">
            <wp:extent cx="742950" cy="783824"/>
            <wp:effectExtent l="0" t="0" r="0" b="0"/>
            <wp:docPr id="150786356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70" cy="82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3B">
        <w:rPr>
          <w:rFonts w:asciiTheme="minorHAnsi" w:hAnsiTheme="minorHAnsi"/>
          <w:sz w:val="22"/>
          <w:lang w:val="pl-PL"/>
        </w:rPr>
        <w:t xml:space="preserve">                                                                                   </w:t>
      </w:r>
    </w:p>
    <w:p w14:paraId="245A3515" w14:textId="77777777" w:rsidR="009F513B" w:rsidRDefault="009F513B" w:rsidP="009F513B">
      <w:pPr>
        <w:pStyle w:val="Nagwek1"/>
      </w:pPr>
    </w:p>
    <w:p w14:paraId="76CE2B48" w14:textId="0F7205EE" w:rsidR="001C31E7" w:rsidRPr="009F513B" w:rsidRDefault="001517F8">
      <w:pPr>
        <w:spacing w:after="200"/>
        <w:jc w:val="center"/>
        <w:rPr>
          <w:rFonts w:asciiTheme="majorHAnsi" w:hAnsiTheme="majorHAnsi" w:cstheme="majorHAnsi"/>
          <w:sz w:val="26"/>
          <w:szCs w:val="26"/>
        </w:rPr>
      </w:pPr>
      <w:proofErr w:type="spellStart"/>
      <w:r w:rsidRPr="009F513B">
        <w:rPr>
          <w:rFonts w:asciiTheme="majorHAnsi" w:hAnsiTheme="majorHAnsi" w:cstheme="majorHAnsi"/>
          <w:b/>
          <w:sz w:val="26"/>
          <w:szCs w:val="26"/>
        </w:rPr>
        <w:t>Regulamin</w:t>
      </w:r>
      <w:proofErr w:type="spellEnd"/>
      <w:r w:rsidRPr="009F513B">
        <w:rPr>
          <w:rFonts w:asciiTheme="majorHAnsi" w:hAnsiTheme="majorHAnsi" w:cstheme="majorHAnsi"/>
          <w:b/>
          <w:sz w:val="26"/>
          <w:szCs w:val="26"/>
        </w:rPr>
        <w:t xml:space="preserve"> wyjazdu studyjnego do </w:t>
      </w:r>
      <w:proofErr w:type="spellStart"/>
      <w:r w:rsidRPr="009F513B">
        <w:rPr>
          <w:rFonts w:asciiTheme="majorHAnsi" w:hAnsiTheme="majorHAnsi" w:cstheme="majorHAnsi"/>
          <w:b/>
          <w:sz w:val="26"/>
          <w:szCs w:val="26"/>
        </w:rPr>
        <w:t>województwa</w:t>
      </w:r>
      <w:proofErr w:type="spellEnd"/>
      <w:r w:rsidRPr="009F513B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sz w:val="26"/>
          <w:szCs w:val="26"/>
        </w:rPr>
        <w:t>wielkopolskiego</w:t>
      </w:r>
      <w:proofErr w:type="spellEnd"/>
    </w:p>
    <w:p w14:paraId="5E5F5859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t xml:space="preserve">§ 1.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Postanowienia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ogólne</w:t>
      </w:r>
      <w:proofErr w:type="spellEnd"/>
    </w:p>
    <w:p w14:paraId="0ACD3D74" w14:textId="267A45B5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</w:t>
      </w:r>
      <w:proofErr w:type="spellStart"/>
      <w:r w:rsidRPr="009F513B">
        <w:rPr>
          <w:rFonts w:asciiTheme="majorHAnsi" w:hAnsiTheme="majorHAnsi" w:cstheme="majorHAnsi"/>
          <w:sz w:val="22"/>
        </w:rPr>
        <w:t>Organizatorem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wyjazdu studyjnego do </w:t>
      </w:r>
      <w:proofErr w:type="spellStart"/>
      <w:r w:rsidRPr="009F513B">
        <w:rPr>
          <w:rFonts w:asciiTheme="majorHAnsi" w:hAnsiTheme="majorHAnsi" w:cstheme="majorHAnsi"/>
          <w:sz w:val="22"/>
        </w:rPr>
        <w:t>województwa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wielkopolskiego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zwanego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dalej „</w:t>
      </w:r>
      <w:proofErr w:type="spellStart"/>
      <w:r w:rsidRPr="009F513B">
        <w:rPr>
          <w:rFonts w:asciiTheme="majorHAnsi" w:hAnsiTheme="majorHAnsi" w:cstheme="majorHAnsi"/>
          <w:sz w:val="22"/>
        </w:rPr>
        <w:t>Wyjazdem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”,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jest </w:t>
      </w:r>
      <w:proofErr w:type="spellStart"/>
      <w:r w:rsidRPr="009F513B">
        <w:rPr>
          <w:rFonts w:asciiTheme="majorHAnsi" w:hAnsiTheme="majorHAnsi" w:cstheme="majorHAnsi"/>
          <w:sz w:val="22"/>
        </w:rPr>
        <w:t>Samorząd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Województwa Dolnośląskiego, </w:t>
      </w:r>
      <w:proofErr w:type="spellStart"/>
      <w:r w:rsidRPr="009F513B">
        <w:rPr>
          <w:rFonts w:asciiTheme="majorHAnsi" w:hAnsiTheme="majorHAnsi" w:cstheme="majorHAnsi"/>
          <w:sz w:val="22"/>
        </w:rPr>
        <w:t>zwany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dalej „</w:t>
      </w:r>
      <w:proofErr w:type="spellStart"/>
      <w:r w:rsidRPr="009F513B">
        <w:rPr>
          <w:rFonts w:asciiTheme="majorHAnsi" w:hAnsiTheme="majorHAnsi" w:cstheme="majorHAnsi"/>
          <w:sz w:val="22"/>
        </w:rPr>
        <w:t>Organizatorem</w:t>
      </w:r>
      <w:proofErr w:type="spellEnd"/>
      <w:r w:rsidRPr="009F513B">
        <w:rPr>
          <w:rFonts w:asciiTheme="majorHAnsi" w:hAnsiTheme="majorHAnsi" w:cstheme="majorHAnsi"/>
          <w:sz w:val="22"/>
        </w:rPr>
        <w:t>”.</w:t>
      </w:r>
    </w:p>
    <w:p w14:paraId="7EBB4CED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2. Termin realizacji Wyjazdu: 12–14 </w:t>
      </w:r>
      <w:proofErr w:type="spellStart"/>
      <w:r w:rsidRPr="009F513B">
        <w:rPr>
          <w:rFonts w:asciiTheme="majorHAnsi" w:hAnsiTheme="majorHAnsi" w:cstheme="majorHAnsi"/>
          <w:sz w:val="22"/>
        </w:rPr>
        <w:t>października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2026 r.</w:t>
      </w:r>
    </w:p>
    <w:p w14:paraId="72830C5E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Miejsce realizacji Wyjazdu: województwo </w:t>
      </w:r>
      <w:proofErr w:type="spellStart"/>
      <w:r w:rsidRPr="009F513B">
        <w:rPr>
          <w:rFonts w:asciiTheme="majorHAnsi" w:hAnsiTheme="majorHAnsi" w:cstheme="majorHAnsi"/>
          <w:sz w:val="22"/>
        </w:rPr>
        <w:t>wielkopolskie</w:t>
      </w:r>
      <w:proofErr w:type="spellEnd"/>
    </w:p>
    <w:p w14:paraId="287E5E1F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4. Celem Wyjazdu jest </w:t>
      </w:r>
      <w:proofErr w:type="spellStart"/>
      <w:r w:rsidRPr="009F513B">
        <w:rPr>
          <w:rFonts w:asciiTheme="majorHAnsi" w:hAnsiTheme="majorHAnsi" w:cstheme="majorHAnsi"/>
          <w:sz w:val="22"/>
        </w:rPr>
        <w:t>umożliwienie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uczestnikom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zdobycia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wiedzy i wymiany doświadczeń w zakresie działań na rzecz Odnowy Wsi Dolnośląskiej, aktywizacji mieszkańców obszarów wiejskich, realizacji inicjatyw lokalnych oraz rozwoju obszarów wiejskich, a także </w:t>
      </w:r>
      <w:proofErr w:type="spellStart"/>
      <w:r w:rsidRPr="009F513B">
        <w:rPr>
          <w:rFonts w:asciiTheme="majorHAnsi" w:hAnsiTheme="majorHAnsi" w:cstheme="majorHAnsi"/>
          <w:sz w:val="22"/>
        </w:rPr>
        <w:t>nawiązania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kontaktów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 współpracy z </w:t>
      </w:r>
      <w:proofErr w:type="spellStart"/>
      <w:r w:rsidRPr="009F513B">
        <w:rPr>
          <w:rFonts w:asciiTheme="majorHAnsi" w:hAnsiTheme="majorHAnsi" w:cstheme="majorHAnsi"/>
          <w:sz w:val="22"/>
        </w:rPr>
        <w:t>osobami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9F513B">
        <w:rPr>
          <w:rFonts w:asciiTheme="majorHAnsi" w:hAnsiTheme="majorHAnsi" w:cstheme="majorHAnsi"/>
          <w:sz w:val="22"/>
        </w:rPr>
        <w:t>podmiotami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działającymi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tym zakresie w </w:t>
      </w:r>
      <w:proofErr w:type="spellStart"/>
      <w:r w:rsidRPr="009F513B">
        <w:rPr>
          <w:rFonts w:asciiTheme="majorHAnsi" w:hAnsiTheme="majorHAnsi" w:cstheme="majorHAnsi"/>
          <w:sz w:val="22"/>
        </w:rPr>
        <w:t>województwie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wielkopolskim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12ED9B5D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5. Szczegółowy program Wyjazdu zostanie </w:t>
      </w:r>
      <w:proofErr w:type="spellStart"/>
      <w:r w:rsidRPr="009F513B">
        <w:rPr>
          <w:rFonts w:asciiTheme="majorHAnsi" w:hAnsiTheme="majorHAnsi" w:cstheme="majorHAnsi"/>
          <w:sz w:val="22"/>
        </w:rPr>
        <w:t>przekazany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zakwalifikowanym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uczestnikom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drogą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elektroniczną przed terminem Wyjazdu.</w:t>
      </w:r>
    </w:p>
    <w:p w14:paraId="406DF8EE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t xml:space="preserve">§ 2.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Warunki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uczestnictwa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i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rekrutacja</w:t>
      </w:r>
      <w:proofErr w:type="spellEnd"/>
    </w:p>
    <w:p w14:paraId="55F39A80" w14:textId="5E94082D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</w:t>
      </w:r>
      <w:r w:rsidR="008951BC">
        <w:rPr>
          <w:rFonts w:asciiTheme="majorHAnsi" w:hAnsiTheme="majorHAnsi" w:cstheme="majorHAnsi"/>
          <w:sz w:val="22"/>
        </w:rPr>
        <w:t xml:space="preserve">  </w:t>
      </w:r>
      <w:r w:rsidRPr="009F513B">
        <w:rPr>
          <w:rFonts w:asciiTheme="majorHAnsi" w:hAnsiTheme="majorHAnsi" w:cstheme="majorHAnsi"/>
          <w:sz w:val="22"/>
        </w:rPr>
        <w:t xml:space="preserve">Wyjazd jest </w:t>
      </w:r>
      <w:proofErr w:type="spellStart"/>
      <w:r w:rsidRPr="009F513B">
        <w:rPr>
          <w:rFonts w:asciiTheme="majorHAnsi" w:hAnsiTheme="majorHAnsi" w:cstheme="majorHAnsi"/>
          <w:sz w:val="22"/>
        </w:rPr>
        <w:t>przeznaczony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dla </w:t>
      </w:r>
      <w:proofErr w:type="spellStart"/>
      <w:r w:rsidRPr="009F513B">
        <w:rPr>
          <w:rFonts w:asciiTheme="majorHAnsi" w:hAnsiTheme="majorHAnsi" w:cstheme="majorHAnsi"/>
          <w:sz w:val="22"/>
        </w:rPr>
        <w:t>liderów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r w:rsidR="00081940">
        <w:rPr>
          <w:rFonts w:asciiTheme="majorHAnsi" w:hAnsiTheme="majorHAnsi" w:cstheme="majorHAnsi"/>
          <w:sz w:val="22"/>
        </w:rPr>
        <w:t xml:space="preserve">oraz </w:t>
      </w:r>
      <w:proofErr w:type="spellStart"/>
      <w:r w:rsidR="00081940">
        <w:rPr>
          <w:rFonts w:asciiTheme="majorHAnsi" w:hAnsiTheme="majorHAnsi" w:cstheme="majorHAnsi"/>
          <w:sz w:val="22"/>
        </w:rPr>
        <w:t>członków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grup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Odnowy Wsi</w:t>
      </w:r>
      <w:r w:rsidR="00081940">
        <w:rPr>
          <w:rFonts w:asciiTheme="majorHAnsi" w:hAnsiTheme="majorHAnsi" w:cstheme="majorHAnsi"/>
          <w:sz w:val="22"/>
        </w:rPr>
        <w:t>.</w:t>
      </w:r>
    </w:p>
    <w:p w14:paraId="7D7B0ABF" w14:textId="713725D6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>2.</w:t>
      </w:r>
      <w:r w:rsidR="008951BC">
        <w:rPr>
          <w:rFonts w:asciiTheme="majorHAnsi" w:hAnsiTheme="majorHAnsi" w:cstheme="majorHAnsi"/>
          <w:sz w:val="22"/>
        </w:rPr>
        <w:t xml:space="preserve">  </w:t>
      </w:r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Uczestnikiem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Wyjazdu może być osoba </w:t>
      </w:r>
      <w:proofErr w:type="spellStart"/>
      <w:r w:rsidRPr="009F513B">
        <w:rPr>
          <w:rFonts w:asciiTheme="majorHAnsi" w:hAnsiTheme="majorHAnsi" w:cstheme="majorHAnsi"/>
          <w:sz w:val="22"/>
        </w:rPr>
        <w:t>fizyczna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która </w:t>
      </w:r>
      <w:proofErr w:type="spellStart"/>
      <w:r w:rsidRPr="009F513B">
        <w:rPr>
          <w:rFonts w:asciiTheme="majorHAnsi" w:hAnsiTheme="majorHAnsi" w:cstheme="majorHAnsi"/>
          <w:sz w:val="22"/>
        </w:rPr>
        <w:t>łącznie</w:t>
      </w:r>
      <w:proofErr w:type="spellEnd"/>
      <w:r w:rsidRPr="009F513B">
        <w:rPr>
          <w:rFonts w:asciiTheme="majorHAnsi" w:hAnsiTheme="majorHAnsi" w:cstheme="majorHAnsi"/>
          <w:sz w:val="22"/>
        </w:rPr>
        <w:t>:</w:t>
      </w:r>
    </w:p>
    <w:p w14:paraId="745830F4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1) </w:t>
      </w:r>
      <w:proofErr w:type="spellStart"/>
      <w:r w:rsidRPr="009F513B">
        <w:rPr>
          <w:rFonts w:asciiTheme="majorHAnsi" w:hAnsiTheme="majorHAnsi" w:cstheme="majorHAnsi"/>
          <w:sz w:val="22"/>
        </w:rPr>
        <w:t>zamieszkuje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terenie </w:t>
      </w:r>
      <w:proofErr w:type="spellStart"/>
      <w:r w:rsidRPr="009F513B">
        <w:rPr>
          <w:rFonts w:asciiTheme="majorHAnsi" w:hAnsiTheme="majorHAnsi" w:cstheme="majorHAnsi"/>
          <w:sz w:val="22"/>
        </w:rPr>
        <w:t>województwa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dolnośląskiego</w:t>
      </w:r>
      <w:proofErr w:type="spellEnd"/>
    </w:p>
    <w:p w14:paraId="765AEC4F" w14:textId="657F7CE8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2) jest </w:t>
      </w:r>
      <w:proofErr w:type="spellStart"/>
      <w:r w:rsidRPr="009F513B">
        <w:rPr>
          <w:rFonts w:asciiTheme="majorHAnsi" w:hAnsiTheme="majorHAnsi" w:cstheme="majorHAnsi"/>
          <w:sz w:val="22"/>
        </w:rPr>
        <w:t>liderem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Odnowy Wsi</w:t>
      </w:r>
      <w:r w:rsidR="00081940">
        <w:rPr>
          <w:rFonts w:asciiTheme="majorHAnsi" w:hAnsiTheme="majorHAnsi" w:cstheme="majorHAnsi"/>
          <w:sz w:val="22"/>
        </w:rPr>
        <w:t xml:space="preserve"> lub </w:t>
      </w:r>
      <w:proofErr w:type="spellStart"/>
      <w:r w:rsidR="009F513B" w:rsidRPr="009F513B">
        <w:rPr>
          <w:rFonts w:asciiTheme="majorHAnsi" w:hAnsiTheme="majorHAnsi" w:cstheme="majorHAnsi"/>
          <w:sz w:val="22"/>
        </w:rPr>
        <w:t>członkiem</w:t>
      </w:r>
      <w:proofErr w:type="spellEnd"/>
      <w:r w:rsidR="009F513B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9F513B" w:rsidRPr="009F513B">
        <w:rPr>
          <w:rFonts w:asciiTheme="majorHAnsi" w:hAnsiTheme="majorHAnsi" w:cstheme="majorHAnsi"/>
          <w:sz w:val="22"/>
        </w:rPr>
        <w:t>grupy</w:t>
      </w:r>
      <w:proofErr w:type="spellEnd"/>
      <w:r w:rsidR="009F513B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9F513B" w:rsidRPr="009F513B">
        <w:rPr>
          <w:rFonts w:asciiTheme="majorHAnsi" w:hAnsiTheme="majorHAnsi" w:cstheme="majorHAnsi"/>
          <w:sz w:val="22"/>
        </w:rPr>
        <w:t>inicjatywnej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</w:p>
    <w:p w14:paraId="192893A7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3) jest </w:t>
      </w:r>
      <w:proofErr w:type="spellStart"/>
      <w:r w:rsidRPr="009F513B">
        <w:rPr>
          <w:rFonts w:asciiTheme="majorHAnsi" w:hAnsiTheme="majorHAnsi" w:cstheme="majorHAnsi"/>
          <w:sz w:val="22"/>
        </w:rPr>
        <w:t>osobą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pełnoletnią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– w dniu </w:t>
      </w:r>
      <w:proofErr w:type="spellStart"/>
      <w:r w:rsidRPr="009F513B">
        <w:rPr>
          <w:rFonts w:asciiTheme="majorHAnsi" w:hAnsiTheme="majorHAnsi" w:cstheme="majorHAnsi"/>
          <w:sz w:val="22"/>
        </w:rPr>
        <w:t>przesłania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formularza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zgłoszeniowego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ma </w:t>
      </w:r>
      <w:proofErr w:type="spellStart"/>
      <w:r w:rsidRPr="009F513B">
        <w:rPr>
          <w:rFonts w:asciiTheme="majorHAnsi" w:hAnsiTheme="majorHAnsi" w:cstheme="majorHAnsi"/>
          <w:sz w:val="22"/>
        </w:rPr>
        <w:t>ukończone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18 lat.</w:t>
      </w:r>
    </w:p>
    <w:p w14:paraId="44B5385F" w14:textId="02F59BDD" w:rsidR="001C31E7" w:rsidRDefault="001517F8" w:rsidP="008951BC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</w:t>
      </w:r>
      <w:r w:rsidR="00081940">
        <w:rPr>
          <w:rFonts w:asciiTheme="majorHAnsi" w:hAnsiTheme="majorHAnsi" w:cstheme="majorHAnsi"/>
          <w:sz w:val="22"/>
        </w:rPr>
        <w:t xml:space="preserve">  </w:t>
      </w:r>
      <w:r w:rsidRPr="009F513B">
        <w:rPr>
          <w:rFonts w:asciiTheme="majorHAnsi" w:hAnsiTheme="majorHAnsi" w:cstheme="majorHAnsi"/>
          <w:sz w:val="22"/>
        </w:rPr>
        <w:t xml:space="preserve">Liczba uczestników Wyjazdu jest </w:t>
      </w:r>
      <w:proofErr w:type="spellStart"/>
      <w:r w:rsidRPr="009F513B">
        <w:rPr>
          <w:rFonts w:asciiTheme="majorHAnsi" w:hAnsiTheme="majorHAnsi" w:cstheme="majorHAnsi"/>
          <w:sz w:val="22"/>
        </w:rPr>
        <w:t>ograniczona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19295927" w14:textId="237B370B" w:rsidR="004926C6" w:rsidRPr="009F513B" w:rsidRDefault="004926C6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4.</w:t>
      </w:r>
      <w:r w:rsidR="008951BC">
        <w:rPr>
          <w:rFonts w:asciiTheme="majorHAnsi" w:hAnsiTheme="majorHAnsi" w:cstheme="majorHAnsi"/>
          <w:sz w:val="22"/>
        </w:rPr>
        <w:t xml:space="preserve">  </w:t>
      </w:r>
      <w:r>
        <w:rPr>
          <w:rFonts w:asciiTheme="majorHAnsi" w:hAnsiTheme="majorHAnsi" w:cstheme="majorHAnsi"/>
          <w:sz w:val="22"/>
        </w:rPr>
        <w:t xml:space="preserve"> Z </w:t>
      </w:r>
      <w:proofErr w:type="spellStart"/>
      <w:r>
        <w:rPr>
          <w:rFonts w:asciiTheme="majorHAnsi" w:hAnsiTheme="majorHAnsi" w:cstheme="majorHAnsi"/>
          <w:sz w:val="22"/>
        </w:rPr>
        <w:t>jednego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sołectwa</w:t>
      </w:r>
      <w:proofErr w:type="spellEnd"/>
      <w:r>
        <w:rPr>
          <w:rFonts w:asciiTheme="majorHAnsi" w:hAnsiTheme="majorHAnsi" w:cstheme="majorHAnsi"/>
          <w:sz w:val="22"/>
        </w:rPr>
        <w:t xml:space="preserve"> może zostać </w:t>
      </w:r>
      <w:proofErr w:type="spellStart"/>
      <w:r>
        <w:rPr>
          <w:rFonts w:asciiTheme="majorHAnsi" w:hAnsiTheme="majorHAnsi" w:cstheme="majorHAnsi"/>
          <w:sz w:val="22"/>
        </w:rPr>
        <w:t>zakwalifikowana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jedna</w:t>
      </w:r>
      <w:proofErr w:type="spellEnd"/>
      <w:r>
        <w:rPr>
          <w:rFonts w:asciiTheme="majorHAnsi" w:hAnsiTheme="majorHAnsi" w:cstheme="majorHAnsi"/>
          <w:sz w:val="22"/>
        </w:rPr>
        <w:t xml:space="preserve"> osoba.</w:t>
      </w:r>
    </w:p>
    <w:p w14:paraId="77407205" w14:textId="28B3F74F" w:rsidR="001C31E7" w:rsidRPr="009F513B" w:rsidRDefault="008951BC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5</w:t>
      </w:r>
      <w:r w:rsidR="001517F8" w:rsidRPr="009F513B">
        <w:rPr>
          <w:rFonts w:asciiTheme="majorHAnsi" w:hAnsiTheme="majorHAnsi" w:cstheme="majorHAnsi"/>
          <w:sz w:val="22"/>
        </w:rPr>
        <w:t>.</w:t>
      </w:r>
      <w:r w:rsidR="00081940">
        <w:rPr>
          <w:rFonts w:asciiTheme="majorHAnsi" w:hAnsiTheme="majorHAnsi" w:cstheme="majorHAnsi"/>
          <w:sz w:val="22"/>
        </w:rPr>
        <w:t xml:space="preserve"> </w:t>
      </w:r>
      <w:r w:rsidR="001517F8" w:rsidRPr="009F513B">
        <w:rPr>
          <w:rFonts w:asciiTheme="majorHAnsi" w:hAnsiTheme="majorHAnsi" w:cstheme="majorHAnsi"/>
          <w:sz w:val="22"/>
        </w:rPr>
        <w:t xml:space="preserve">Organizator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dokonuje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weryfikacji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zgłoszeń pod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kątem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spełnienia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warunków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udziału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w Wyjeździe </w:t>
      </w:r>
      <w:r w:rsidR="00631219">
        <w:rPr>
          <w:rFonts w:asciiTheme="majorHAnsi" w:hAnsiTheme="majorHAnsi" w:cstheme="majorHAnsi"/>
          <w:sz w:val="22"/>
        </w:rPr>
        <w:br/>
      </w:r>
      <w:r w:rsidR="001517F8" w:rsidRPr="009F513B">
        <w:rPr>
          <w:rFonts w:asciiTheme="majorHAnsi" w:hAnsiTheme="majorHAnsi" w:cstheme="majorHAnsi"/>
          <w:sz w:val="22"/>
        </w:rPr>
        <w:t xml:space="preserve">oraz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zatwierdza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listę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uczestników.</w:t>
      </w:r>
    </w:p>
    <w:p w14:paraId="7E631E07" w14:textId="3501AB6C" w:rsidR="001C31E7" w:rsidRPr="009F513B" w:rsidRDefault="008951BC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6</w:t>
      </w:r>
      <w:r w:rsidR="001517F8" w:rsidRPr="009F513B">
        <w:rPr>
          <w:rFonts w:asciiTheme="majorHAnsi" w:hAnsiTheme="majorHAnsi" w:cstheme="majorHAnsi"/>
          <w:sz w:val="22"/>
        </w:rPr>
        <w:t xml:space="preserve">. O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zakwalifikowaniu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do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udziału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w Wyjeździe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decyduje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081940">
        <w:rPr>
          <w:rFonts w:asciiTheme="majorHAnsi" w:hAnsiTheme="majorHAnsi" w:cstheme="majorHAnsi"/>
          <w:sz w:val="22"/>
        </w:rPr>
        <w:t>spełnienie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="00081940">
        <w:rPr>
          <w:rFonts w:asciiTheme="majorHAnsi" w:hAnsiTheme="majorHAnsi" w:cstheme="majorHAnsi"/>
          <w:sz w:val="22"/>
        </w:rPr>
        <w:t>warunków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="00081940">
        <w:rPr>
          <w:rFonts w:asciiTheme="majorHAnsi" w:hAnsiTheme="majorHAnsi" w:cstheme="majorHAnsi"/>
          <w:sz w:val="22"/>
        </w:rPr>
        <w:t>uczestnictwa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określonych </w:t>
      </w:r>
      <w:r w:rsidR="00081940">
        <w:rPr>
          <w:rFonts w:asciiTheme="majorHAnsi" w:hAnsiTheme="majorHAnsi" w:cstheme="majorHAnsi"/>
          <w:sz w:val="22"/>
        </w:rPr>
        <w:br/>
        <w:t xml:space="preserve">w </w:t>
      </w:r>
      <w:proofErr w:type="spellStart"/>
      <w:r w:rsidR="00081940">
        <w:rPr>
          <w:rFonts w:asciiTheme="majorHAnsi" w:hAnsiTheme="majorHAnsi" w:cstheme="majorHAnsi"/>
          <w:sz w:val="22"/>
        </w:rPr>
        <w:t>Regulaminie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, </w:t>
      </w:r>
      <w:proofErr w:type="spellStart"/>
      <w:r w:rsidR="00081940">
        <w:rPr>
          <w:rFonts w:asciiTheme="majorHAnsi" w:hAnsiTheme="majorHAnsi" w:cstheme="majorHAnsi"/>
          <w:sz w:val="22"/>
        </w:rPr>
        <w:t>zakres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i </w:t>
      </w:r>
      <w:proofErr w:type="spellStart"/>
      <w:r w:rsidR="00081940">
        <w:rPr>
          <w:rFonts w:asciiTheme="majorHAnsi" w:hAnsiTheme="majorHAnsi" w:cstheme="majorHAnsi"/>
          <w:sz w:val="22"/>
        </w:rPr>
        <w:t>charakter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zaangażowania </w:t>
      </w:r>
      <w:proofErr w:type="spellStart"/>
      <w:r w:rsidR="00081940">
        <w:rPr>
          <w:rFonts w:asciiTheme="majorHAnsi" w:hAnsiTheme="majorHAnsi" w:cstheme="majorHAnsi"/>
          <w:sz w:val="22"/>
        </w:rPr>
        <w:t>kandydata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w działania na rzecz Odnowy Wsi Dolnośląskiej w </w:t>
      </w:r>
      <w:proofErr w:type="spellStart"/>
      <w:r w:rsidR="00081940">
        <w:rPr>
          <w:rFonts w:asciiTheme="majorHAnsi" w:hAnsiTheme="majorHAnsi" w:cstheme="majorHAnsi"/>
          <w:sz w:val="22"/>
        </w:rPr>
        <w:t>ostatnich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2 </w:t>
      </w:r>
      <w:proofErr w:type="spellStart"/>
      <w:r w:rsidR="00081940">
        <w:rPr>
          <w:rFonts w:asciiTheme="majorHAnsi" w:hAnsiTheme="majorHAnsi" w:cstheme="majorHAnsi"/>
          <w:sz w:val="22"/>
        </w:rPr>
        <w:t>latach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,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kolejność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wpływu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kompletnych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i prawidłowo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wypełnionych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formularzy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zgłoszeniowych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, </w:t>
      </w:r>
      <w:r w:rsidR="00081940">
        <w:rPr>
          <w:rFonts w:asciiTheme="majorHAnsi" w:hAnsiTheme="majorHAnsi" w:cstheme="majorHAnsi"/>
          <w:sz w:val="22"/>
        </w:rPr>
        <w:br/>
      </w:r>
      <w:r w:rsidR="001517F8" w:rsidRPr="009F513B">
        <w:rPr>
          <w:rFonts w:asciiTheme="majorHAnsi" w:hAnsiTheme="majorHAnsi" w:cstheme="majorHAnsi"/>
          <w:sz w:val="22"/>
        </w:rPr>
        <w:t xml:space="preserve">(w tym 3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klauzul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) oraz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dostępności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miejsc.</w:t>
      </w:r>
    </w:p>
    <w:p w14:paraId="3B83E842" w14:textId="32C80F58" w:rsidR="001C31E7" w:rsidRPr="009F513B" w:rsidRDefault="008951BC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7</w:t>
      </w:r>
      <w:r w:rsidR="001517F8" w:rsidRPr="009F513B">
        <w:rPr>
          <w:rFonts w:asciiTheme="majorHAnsi" w:hAnsiTheme="majorHAnsi" w:cstheme="majorHAnsi"/>
          <w:sz w:val="22"/>
        </w:rPr>
        <w:t xml:space="preserve">. Za moment wpływu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formularza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zgłoszeniowego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uznaje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się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datę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i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godzinę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otrzymania przez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formularza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zgłoszeniowego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zawierającego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kompletny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i prawidłowo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wypełniony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formularz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zgłoszeniowy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wraz z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wymaganymi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dokumentami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>.</w:t>
      </w:r>
    </w:p>
    <w:p w14:paraId="4E71ED3D" w14:textId="700A995C" w:rsidR="001C31E7" w:rsidRPr="009F513B" w:rsidRDefault="008951BC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8</w:t>
      </w:r>
      <w:r w:rsidR="001517F8" w:rsidRPr="009F513B">
        <w:rPr>
          <w:rFonts w:asciiTheme="majorHAnsi" w:hAnsiTheme="majorHAnsi" w:cstheme="majorHAnsi"/>
          <w:sz w:val="22"/>
        </w:rPr>
        <w:t xml:space="preserve">. </w:t>
      </w:r>
      <w:r>
        <w:rPr>
          <w:rFonts w:asciiTheme="majorHAnsi" w:hAnsiTheme="majorHAnsi" w:cstheme="majorHAnsi"/>
          <w:sz w:val="22"/>
        </w:rPr>
        <w:t xml:space="preserve"> </w:t>
      </w:r>
      <w:r w:rsidR="001517F8" w:rsidRPr="009F513B">
        <w:rPr>
          <w:rFonts w:asciiTheme="majorHAnsi" w:hAnsiTheme="majorHAnsi" w:cstheme="majorHAnsi"/>
          <w:sz w:val="22"/>
        </w:rPr>
        <w:t xml:space="preserve">Osoby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zakwalifikowane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do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udziału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w Wyjeździe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otrzymają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potwierdzenie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udziału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oraz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szczegółowe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informacje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organizacyjne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drogą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elektroniczną.</w:t>
      </w:r>
    </w:p>
    <w:p w14:paraId="03A71F05" w14:textId="38E78B42" w:rsidR="001C31E7" w:rsidRPr="009F513B" w:rsidRDefault="008951BC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9</w:t>
      </w:r>
      <w:r w:rsidR="001517F8" w:rsidRPr="009F513B">
        <w:rPr>
          <w:rFonts w:asciiTheme="majorHAnsi" w:hAnsiTheme="majorHAnsi" w:cstheme="majorHAnsi"/>
          <w:sz w:val="22"/>
        </w:rPr>
        <w:t xml:space="preserve">. W przypadku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większej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liczby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prawidłowych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zgłoszeń niż liczba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dostępnych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miejsc Organizator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utworzy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listę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rezerwową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według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kolejności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wpływu </w:t>
      </w:r>
      <w:proofErr w:type="spellStart"/>
      <w:r w:rsidR="001517F8" w:rsidRPr="009F513B">
        <w:rPr>
          <w:rFonts w:asciiTheme="majorHAnsi" w:hAnsiTheme="majorHAnsi" w:cstheme="majorHAnsi"/>
          <w:sz w:val="22"/>
        </w:rPr>
        <w:t>kompletnych</w:t>
      </w:r>
      <w:proofErr w:type="spellEnd"/>
      <w:r w:rsidR="001517F8" w:rsidRPr="009F513B">
        <w:rPr>
          <w:rFonts w:asciiTheme="majorHAnsi" w:hAnsiTheme="majorHAnsi" w:cstheme="majorHAnsi"/>
          <w:sz w:val="22"/>
        </w:rPr>
        <w:t xml:space="preserve"> zgłoszeń.</w:t>
      </w:r>
    </w:p>
    <w:p w14:paraId="3D5DBED6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t xml:space="preserve">§ 3.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Zgłoszenia</w:t>
      </w:r>
      <w:proofErr w:type="spellEnd"/>
    </w:p>
    <w:p w14:paraId="506EDE2D" w14:textId="4D0DD391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Warunkiem </w:t>
      </w:r>
      <w:proofErr w:type="spellStart"/>
      <w:r w:rsidRPr="009F513B">
        <w:rPr>
          <w:rFonts w:asciiTheme="majorHAnsi" w:hAnsiTheme="majorHAnsi" w:cstheme="majorHAnsi"/>
          <w:sz w:val="22"/>
        </w:rPr>
        <w:t>ubiegania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się o </w:t>
      </w:r>
      <w:proofErr w:type="spellStart"/>
      <w:r w:rsidRPr="009F513B">
        <w:rPr>
          <w:rFonts w:asciiTheme="majorHAnsi" w:hAnsiTheme="majorHAnsi" w:cstheme="majorHAnsi"/>
          <w:sz w:val="22"/>
        </w:rPr>
        <w:t>udział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 jest </w:t>
      </w:r>
      <w:proofErr w:type="spellStart"/>
      <w:r w:rsidRPr="009F513B">
        <w:rPr>
          <w:rFonts w:asciiTheme="majorHAnsi" w:hAnsiTheme="majorHAnsi" w:cstheme="majorHAnsi"/>
          <w:sz w:val="22"/>
        </w:rPr>
        <w:t>przesłanie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drogą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elektroniczną prawidłowo </w:t>
      </w:r>
      <w:proofErr w:type="spellStart"/>
      <w:r w:rsidRPr="009F513B">
        <w:rPr>
          <w:rFonts w:asciiTheme="majorHAnsi" w:hAnsiTheme="majorHAnsi" w:cstheme="majorHAnsi"/>
          <w:sz w:val="22"/>
        </w:rPr>
        <w:t>wypełnionego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i </w:t>
      </w:r>
      <w:proofErr w:type="spellStart"/>
      <w:r w:rsidRPr="009F513B">
        <w:rPr>
          <w:rFonts w:asciiTheme="majorHAnsi" w:hAnsiTheme="majorHAnsi" w:cstheme="majorHAnsi"/>
          <w:sz w:val="22"/>
        </w:rPr>
        <w:t>podpisanego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formularza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zgłoszeniowego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wraz z </w:t>
      </w:r>
      <w:proofErr w:type="spellStart"/>
      <w:r w:rsidRPr="009F513B">
        <w:rPr>
          <w:rFonts w:asciiTheme="majorHAnsi" w:hAnsiTheme="majorHAnsi" w:cstheme="majorHAnsi"/>
          <w:sz w:val="22"/>
        </w:rPr>
        <w:t>dokumentami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wymaganymi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ogłoszeniu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 </w:t>
      </w:r>
      <w:proofErr w:type="spellStart"/>
      <w:r w:rsidRPr="009F513B">
        <w:rPr>
          <w:rFonts w:asciiTheme="majorHAnsi" w:hAnsiTheme="majorHAnsi" w:cstheme="majorHAnsi"/>
          <w:sz w:val="22"/>
        </w:rPr>
        <w:t>naborze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484E344C" w14:textId="242225B8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lastRenderedPageBreak/>
        <w:t xml:space="preserve">2. </w:t>
      </w:r>
      <w:proofErr w:type="spellStart"/>
      <w:r w:rsidRPr="009F513B">
        <w:rPr>
          <w:rFonts w:asciiTheme="majorHAnsi" w:hAnsiTheme="majorHAnsi" w:cstheme="majorHAnsi"/>
          <w:sz w:val="22"/>
        </w:rPr>
        <w:t>Dokumenty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zgłoszeniowe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należy </w:t>
      </w:r>
      <w:proofErr w:type="spellStart"/>
      <w:r w:rsidRPr="009F513B">
        <w:rPr>
          <w:rFonts w:asciiTheme="majorHAnsi" w:hAnsiTheme="majorHAnsi" w:cstheme="majorHAnsi"/>
          <w:sz w:val="22"/>
        </w:rPr>
        <w:t>przesłać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formie </w:t>
      </w:r>
      <w:proofErr w:type="spellStart"/>
      <w:r w:rsidRPr="009F513B">
        <w:rPr>
          <w:rFonts w:asciiTheme="majorHAnsi" w:hAnsiTheme="majorHAnsi" w:cstheme="majorHAnsi"/>
          <w:sz w:val="22"/>
        </w:rPr>
        <w:t>elektronicznej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na adres </w:t>
      </w:r>
      <w:proofErr w:type="spellStart"/>
      <w:r w:rsidRPr="009F513B">
        <w:rPr>
          <w:rFonts w:asciiTheme="majorHAnsi" w:hAnsiTheme="majorHAnsi" w:cstheme="majorHAnsi"/>
          <w:sz w:val="22"/>
        </w:rPr>
        <w:t>poczty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elektronicznej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wskazany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w </w:t>
      </w:r>
      <w:proofErr w:type="spellStart"/>
      <w:r w:rsidRPr="009F513B">
        <w:rPr>
          <w:rFonts w:asciiTheme="majorHAnsi" w:hAnsiTheme="majorHAnsi" w:cstheme="majorHAnsi"/>
          <w:sz w:val="22"/>
        </w:rPr>
        <w:t>ogłoszeniu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 </w:t>
      </w:r>
      <w:proofErr w:type="spellStart"/>
      <w:r w:rsidRPr="009F513B">
        <w:rPr>
          <w:rFonts w:asciiTheme="majorHAnsi" w:hAnsiTheme="majorHAnsi" w:cstheme="majorHAnsi"/>
          <w:sz w:val="22"/>
        </w:rPr>
        <w:t>naborze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w terminie określonym przez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7B391A2D" w14:textId="2647FF0D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</w:t>
      </w:r>
      <w:proofErr w:type="spellStart"/>
      <w:r w:rsidRPr="009F513B">
        <w:rPr>
          <w:rFonts w:asciiTheme="majorHAnsi" w:hAnsiTheme="majorHAnsi" w:cstheme="majorHAnsi"/>
          <w:sz w:val="22"/>
        </w:rPr>
        <w:t>Zgłoszenia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dokonuje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każdy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indywidualnie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, </w:t>
      </w:r>
      <w:proofErr w:type="spellStart"/>
      <w:r w:rsidR="00081940">
        <w:rPr>
          <w:rFonts w:asciiTheme="majorHAnsi" w:hAnsiTheme="majorHAnsi" w:cstheme="majorHAnsi"/>
          <w:sz w:val="22"/>
        </w:rPr>
        <w:t>przesyłając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="00081940">
        <w:rPr>
          <w:rFonts w:asciiTheme="majorHAnsi" w:hAnsiTheme="majorHAnsi" w:cstheme="majorHAnsi"/>
          <w:sz w:val="22"/>
        </w:rPr>
        <w:t>własny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="00081940">
        <w:rPr>
          <w:rFonts w:asciiTheme="majorHAnsi" w:hAnsiTheme="majorHAnsi" w:cstheme="majorHAnsi"/>
          <w:sz w:val="22"/>
        </w:rPr>
        <w:t>formularz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="00081940">
        <w:rPr>
          <w:rFonts w:asciiTheme="majorHAnsi" w:hAnsiTheme="majorHAnsi" w:cstheme="majorHAnsi"/>
          <w:sz w:val="22"/>
        </w:rPr>
        <w:t>zgłoszeniowy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w </w:t>
      </w:r>
      <w:proofErr w:type="spellStart"/>
      <w:r w:rsidR="00081940">
        <w:rPr>
          <w:rFonts w:asciiTheme="majorHAnsi" w:hAnsiTheme="majorHAnsi" w:cstheme="majorHAnsi"/>
          <w:sz w:val="22"/>
        </w:rPr>
        <w:t>odrębnej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="00081940">
        <w:rPr>
          <w:rFonts w:asciiTheme="majorHAnsi" w:hAnsiTheme="majorHAnsi" w:cstheme="majorHAnsi"/>
          <w:sz w:val="22"/>
        </w:rPr>
        <w:t>wiadomości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e-mail.</w:t>
      </w:r>
    </w:p>
    <w:p w14:paraId="58AE36FE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4. </w:t>
      </w:r>
      <w:proofErr w:type="spellStart"/>
      <w:r w:rsidRPr="009F513B">
        <w:rPr>
          <w:rFonts w:asciiTheme="majorHAnsi" w:hAnsiTheme="majorHAnsi" w:cstheme="majorHAnsi"/>
          <w:sz w:val="22"/>
        </w:rPr>
        <w:t>Formularze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zgłoszeniowe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przesłane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po </w:t>
      </w:r>
      <w:proofErr w:type="spellStart"/>
      <w:r w:rsidRPr="009F513B">
        <w:rPr>
          <w:rFonts w:asciiTheme="majorHAnsi" w:hAnsiTheme="majorHAnsi" w:cstheme="majorHAnsi"/>
          <w:sz w:val="22"/>
        </w:rPr>
        <w:t>upływie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terminu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naboru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nie będą </w:t>
      </w:r>
      <w:proofErr w:type="spellStart"/>
      <w:r w:rsidRPr="009F513B">
        <w:rPr>
          <w:rFonts w:asciiTheme="majorHAnsi" w:hAnsiTheme="majorHAnsi" w:cstheme="majorHAnsi"/>
          <w:sz w:val="22"/>
        </w:rPr>
        <w:t>rozpatrywane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2E8097D9" w14:textId="25616310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5. </w:t>
      </w:r>
      <w:proofErr w:type="spellStart"/>
      <w:r w:rsidRPr="009F513B">
        <w:rPr>
          <w:rFonts w:asciiTheme="majorHAnsi" w:hAnsiTheme="majorHAnsi" w:cstheme="majorHAnsi"/>
          <w:sz w:val="22"/>
        </w:rPr>
        <w:t>Formularze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zawierające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braki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lub </w:t>
      </w:r>
      <w:proofErr w:type="spellStart"/>
      <w:r w:rsidRPr="009F513B">
        <w:rPr>
          <w:rFonts w:asciiTheme="majorHAnsi" w:hAnsiTheme="majorHAnsi" w:cstheme="majorHAnsi"/>
          <w:sz w:val="22"/>
        </w:rPr>
        <w:t>błędy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które uniemożliwiają </w:t>
      </w:r>
      <w:proofErr w:type="spellStart"/>
      <w:r w:rsidRPr="009F513B">
        <w:rPr>
          <w:rFonts w:asciiTheme="majorHAnsi" w:hAnsiTheme="majorHAnsi" w:cstheme="majorHAnsi"/>
          <w:sz w:val="22"/>
        </w:rPr>
        <w:t>potwierdzenie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spełnienia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warunków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w Wyjeździe, mogą zostać </w:t>
      </w:r>
      <w:proofErr w:type="spellStart"/>
      <w:r w:rsidRPr="009F513B">
        <w:rPr>
          <w:rFonts w:asciiTheme="majorHAnsi" w:hAnsiTheme="majorHAnsi" w:cstheme="majorHAnsi"/>
          <w:sz w:val="22"/>
        </w:rPr>
        <w:t>pozostawione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bez </w:t>
      </w:r>
      <w:proofErr w:type="spellStart"/>
      <w:r w:rsidRPr="009F513B">
        <w:rPr>
          <w:rFonts w:asciiTheme="majorHAnsi" w:hAnsiTheme="majorHAnsi" w:cstheme="majorHAnsi"/>
          <w:sz w:val="22"/>
        </w:rPr>
        <w:t>rozpatrzenia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164E370D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6. </w:t>
      </w:r>
      <w:proofErr w:type="spellStart"/>
      <w:r w:rsidRPr="009F513B">
        <w:rPr>
          <w:rFonts w:asciiTheme="majorHAnsi" w:hAnsiTheme="majorHAnsi" w:cstheme="majorHAnsi"/>
          <w:sz w:val="22"/>
        </w:rPr>
        <w:t>Wzór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formularza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zgłoszeniowego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stanowi załącznik nr 1 do </w:t>
      </w:r>
      <w:proofErr w:type="spellStart"/>
      <w:r w:rsidRPr="009F513B">
        <w:rPr>
          <w:rFonts w:asciiTheme="majorHAnsi" w:hAnsiTheme="majorHAnsi" w:cstheme="majorHAnsi"/>
          <w:sz w:val="22"/>
        </w:rPr>
        <w:t>niniejszego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Regulaminu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51A2B1AF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b/>
          <w:sz w:val="22"/>
        </w:rPr>
        <w:t xml:space="preserve">§ 4. </w:t>
      </w:r>
      <w:proofErr w:type="spellStart"/>
      <w:r w:rsidRPr="009F513B">
        <w:rPr>
          <w:rFonts w:asciiTheme="majorHAnsi" w:hAnsiTheme="majorHAnsi" w:cstheme="majorHAnsi"/>
          <w:b/>
          <w:sz w:val="22"/>
        </w:rPr>
        <w:t>Świadczenia</w:t>
      </w:r>
      <w:proofErr w:type="spellEnd"/>
      <w:r w:rsidRPr="009F513B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sz w:val="22"/>
        </w:rPr>
        <w:t>zapewniane</w:t>
      </w:r>
      <w:proofErr w:type="spellEnd"/>
      <w:r w:rsidRPr="009F513B">
        <w:rPr>
          <w:rFonts w:asciiTheme="majorHAnsi" w:hAnsiTheme="majorHAnsi" w:cstheme="majorHAnsi"/>
          <w:b/>
          <w:sz w:val="22"/>
        </w:rPr>
        <w:t xml:space="preserve"> przez </w:t>
      </w:r>
      <w:proofErr w:type="spellStart"/>
      <w:r w:rsidRPr="009F513B">
        <w:rPr>
          <w:rFonts w:asciiTheme="majorHAnsi" w:hAnsiTheme="majorHAnsi" w:cstheme="majorHAnsi"/>
          <w:b/>
          <w:sz w:val="22"/>
        </w:rPr>
        <w:t>Organizatora</w:t>
      </w:r>
      <w:proofErr w:type="spellEnd"/>
    </w:p>
    <w:p w14:paraId="698756BF" w14:textId="2D8B3565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W ramach organizacji Wyjazdu Organizator </w:t>
      </w:r>
      <w:proofErr w:type="spellStart"/>
      <w:r w:rsidRPr="009F513B">
        <w:rPr>
          <w:rFonts w:asciiTheme="majorHAnsi" w:hAnsiTheme="majorHAnsi" w:cstheme="majorHAnsi"/>
          <w:sz w:val="22"/>
        </w:rPr>
        <w:t>zapewnia</w:t>
      </w:r>
      <w:proofErr w:type="spellEnd"/>
      <w:r w:rsidR="00081940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świadczenia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określone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r w:rsidR="00081940">
        <w:rPr>
          <w:rFonts w:asciiTheme="majorHAnsi" w:hAnsiTheme="majorHAnsi" w:cstheme="majorHAnsi"/>
          <w:sz w:val="22"/>
        </w:rPr>
        <w:t xml:space="preserve">w </w:t>
      </w:r>
      <w:proofErr w:type="spellStart"/>
      <w:r w:rsidRPr="009F513B">
        <w:rPr>
          <w:rFonts w:asciiTheme="majorHAnsi" w:hAnsiTheme="majorHAnsi" w:cstheme="majorHAnsi"/>
          <w:sz w:val="22"/>
        </w:rPr>
        <w:t>Programie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wizyty studyjnej, </w:t>
      </w:r>
      <w:r w:rsidR="00081940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>w szczególności:</w:t>
      </w:r>
    </w:p>
    <w:p w14:paraId="0817C4DE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1) transport autokarem na </w:t>
      </w:r>
      <w:proofErr w:type="spellStart"/>
      <w:r w:rsidRPr="009F513B">
        <w:rPr>
          <w:rFonts w:asciiTheme="majorHAnsi" w:hAnsiTheme="majorHAnsi" w:cstheme="majorHAnsi"/>
          <w:sz w:val="22"/>
        </w:rPr>
        <w:t>trasie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określonej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programie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Wyjazdu;</w:t>
      </w:r>
    </w:p>
    <w:p w14:paraId="12E82635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2) zakwaterowanie w </w:t>
      </w:r>
      <w:proofErr w:type="spellStart"/>
      <w:r w:rsidRPr="009F513B">
        <w:rPr>
          <w:rFonts w:asciiTheme="majorHAnsi" w:hAnsiTheme="majorHAnsi" w:cstheme="majorHAnsi"/>
          <w:sz w:val="22"/>
        </w:rPr>
        <w:t>hotelu</w:t>
      </w:r>
      <w:proofErr w:type="spellEnd"/>
      <w:r w:rsidRPr="009F513B">
        <w:rPr>
          <w:rFonts w:asciiTheme="majorHAnsi" w:hAnsiTheme="majorHAnsi" w:cstheme="majorHAnsi"/>
          <w:sz w:val="22"/>
        </w:rPr>
        <w:t>;</w:t>
      </w:r>
    </w:p>
    <w:p w14:paraId="6F0E8383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3) transport lokalny na terenie </w:t>
      </w:r>
      <w:proofErr w:type="spellStart"/>
      <w:r w:rsidRPr="009F513B">
        <w:rPr>
          <w:rFonts w:asciiTheme="majorHAnsi" w:hAnsiTheme="majorHAnsi" w:cstheme="majorHAnsi"/>
          <w:sz w:val="22"/>
        </w:rPr>
        <w:t>województwa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wielkopolskiego</w:t>
      </w:r>
      <w:proofErr w:type="spellEnd"/>
      <w:r w:rsidRPr="009F513B">
        <w:rPr>
          <w:rFonts w:asciiTheme="majorHAnsi" w:hAnsiTheme="majorHAnsi" w:cstheme="majorHAnsi"/>
          <w:sz w:val="22"/>
        </w:rPr>
        <w:t>;</w:t>
      </w:r>
    </w:p>
    <w:p w14:paraId="1AD824A4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4) </w:t>
      </w:r>
      <w:proofErr w:type="spellStart"/>
      <w:r w:rsidRPr="009F513B">
        <w:rPr>
          <w:rFonts w:asciiTheme="majorHAnsi" w:hAnsiTheme="majorHAnsi" w:cstheme="majorHAnsi"/>
          <w:sz w:val="22"/>
        </w:rPr>
        <w:t>wyżywienie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obejmujące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posiłki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wskazane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programie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Wyjazdu;</w:t>
      </w:r>
    </w:p>
    <w:p w14:paraId="71025834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5) </w:t>
      </w:r>
      <w:proofErr w:type="spellStart"/>
      <w:r w:rsidRPr="009F513B">
        <w:rPr>
          <w:rFonts w:asciiTheme="majorHAnsi" w:hAnsiTheme="majorHAnsi" w:cstheme="majorHAnsi"/>
          <w:sz w:val="22"/>
        </w:rPr>
        <w:t>ubezpieczenie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uczestników na czas trwania Wyjazdu;</w:t>
      </w:r>
    </w:p>
    <w:p w14:paraId="01FEBEAD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6) wizyty </w:t>
      </w:r>
      <w:proofErr w:type="spellStart"/>
      <w:r w:rsidRPr="009F513B">
        <w:rPr>
          <w:rFonts w:asciiTheme="majorHAnsi" w:hAnsiTheme="majorHAnsi" w:cstheme="majorHAnsi"/>
          <w:sz w:val="22"/>
        </w:rPr>
        <w:t>studyjne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spotkania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9F513B">
        <w:rPr>
          <w:rFonts w:asciiTheme="majorHAnsi" w:hAnsiTheme="majorHAnsi" w:cstheme="majorHAnsi"/>
          <w:sz w:val="22"/>
        </w:rPr>
        <w:t>prezentacje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dotyczące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działań na rzecz Odnowy Wsi oraz rozwoju obszarów wiejskich;</w:t>
      </w:r>
    </w:p>
    <w:p w14:paraId="24E5A906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7) wizyty w </w:t>
      </w:r>
      <w:proofErr w:type="spellStart"/>
      <w:r w:rsidRPr="009F513B">
        <w:rPr>
          <w:rFonts w:asciiTheme="majorHAnsi" w:hAnsiTheme="majorHAnsi" w:cstheme="majorHAnsi"/>
          <w:sz w:val="22"/>
        </w:rPr>
        <w:t>miejscowościach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9F513B">
        <w:rPr>
          <w:rFonts w:asciiTheme="majorHAnsi" w:hAnsiTheme="majorHAnsi" w:cstheme="majorHAnsi"/>
          <w:sz w:val="22"/>
        </w:rPr>
        <w:t>podmiotach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wskazanych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Programie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wizyty studyjnej;</w:t>
      </w:r>
    </w:p>
    <w:p w14:paraId="19920B2C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8) </w:t>
      </w:r>
      <w:proofErr w:type="spellStart"/>
      <w:r w:rsidRPr="009F513B">
        <w:rPr>
          <w:rFonts w:asciiTheme="majorHAnsi" w:hAnsiTheme="majorHAnsi" w:cstheme="majorHAnsi"/>
          <w:sz w:val="22"/>
        </w:rPr>
        <w:t>spotkania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 charakterze </w:t>
      </w:r>
      <w:proofErr w:type="spellStart"/>
      <w:r w:rsidRPr="009F513B">
        <w:rPr>
          <w:rFonts w:asciiTheme="majorHAnsi" w:hAnsiTheme="majorHAnsi" w:cstheme="majorHAnsi"/>
          <w:sz w:val="22"/>
        </w:rPr>
        <w:t>merytoryczno-networkingowym</w:t>
      </w:r>
      <w:proofErr w:type="spellEnd"/>
      <w:r w:rsidRPr="009F513B">
        <w:rPr>
          <w:rFonts w:asciiTheme="majorHAnsi" w:hAnsiTheme="majorHAnsi" w:cstheme="majorHAnsi"/>
          <w:sz w:val="22"/>
        </w:rPr>
        <w:t>;</w:t>
      </w:r>
    </w:p>
    <w:p w14:paraId="12C3661D" w14:textId="3A57233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9) </w:t>
      </w:r>
      <w:proofErr w:type="spellStart"/>
      <w:r w:rsidRPr="009F513B">
        <w:rPr>
          <w:rFonts w:asciiTheme="majorHAnsi" w:hAnsiTheme="majorHAnsi" w:cstheme="majorHAnsi"/>
          <w:sz w:val="22"/>
        </w:rPr>
        <w:t>opiekę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pilota</w:t>
      </w:r>
      <w:r w:rsidR="009F513B" w:rsidRPr="009F513B">
        <w:rPr>
          <w:rFonts w:asciiTheme="majorHAnsi" w:hAnsiTheme="majorHAnsi" w:cstheme="majorHAnsi"/>
          <w:sz w:val="22"/>
        </w:rPr>
        <w:t>/koordynatora</w:t>
      </w:r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wycieczek</w:t>
      </w:r>
      <w:proofErr w:type="spellEnd"/>
      <w:r w:rsidRPr="009F513B">
        <w:rPr>
          <w:rFonts w:asciiTheme="majorHAnsi" w:hAnsiTheme="majorHAnsi" w:cstheme="majorHAnsi"/>
          <w:sz w:val="22"/>
        </w:rPr>
        <w:t>;</w:t>
      </w:r>
    </w:p>
    <w:p w14:paraId="6D3112D1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10) usługi lokalnych </w:t>
      </w:r>
      <w:proofErr w:type="spellStart"/>
      <w:r w:rsidRPr="009F513B">
        <w:rPr>
          <w:rFonts w:asciiTheme="majorHAnsi" w:hAnsiTheme="majorHAnsi" w:cstheme="majorHAnsi"/>
          <w:sz w:val="22"/>
        </w:rPr>
        <w:t>przewodników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jeżeli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są </w:t>
      </w:r>
      <w:proofErr w:type="spellStart"/>
      <w:r w:rsidRPr="009F513B">
        <w:rPr>
          <w:rFonts w:asciiTheme="majorHAnsi" w:hAnsiTheme="majorHAnsi" w:cstheme="majorHAnsi"/>
          <w:sz w:val="22"/>
        </w:rPr>
        <w:t>przewidziane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programie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Wyjazdu.</w:t>
      </w:r>
    </w:p>
    <w:p w14:paraId="0EABC32E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2. Szczegółowy </w:t>
      </w:r>
      <w:proofErr w:type="spellStart"/>
      <w:r w:rsidRPr="009F513B">
        <w:rPr>
          <w:rFonts w:asciiTheme="majorHAnsi" w:hAnsiTheme="majorHAnsi" w:cstheme="majorHAnsi"/>
          <w:sz w:val="22"/>
        </w:rPr>
        <w:t>zakres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świadczeń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ich </w:t>
      </w:r>
      <w:proofErr w:type="spellStart"/>
      <w:r w:rsidRPr="009F513B">
        <w:rPr>
          <w:rFonts w:asciiTheme="majorHAnsi" w:hAnsiTheme="majorHAnsi" w:cstheme="majorHAnsi"/>
          <w:sz w:val="22"/>
        </w:rPr>
        <w:t>terminy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wynikają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programu Wyjazdu.</w:t>
      </w:r>
    </w:p>
    <w:p w14:paraId="6E6B7AB9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</w:t>
      </w:r>
      <w:proofErr w:type="spellStart"/>
      <w:r w:rsidRPr="009F513B">
        <w:rPr>
          <w:rFonts w:asciiTheme="majorHAnsi" w:hAnsiTheme="majorHAnsi" w:cstheme="majorHAnsi"/>
          <w:sz w:val="22"/>
        </w:rPr>
        <w:t>Szczegółowe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informacje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dotyczące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zakresu ubezpieczenia zostaną przekazane </w:t>
      </w:r>
      <w:proofErr w:type="spellStart"/>
      <w:r w:rsidRPr="009F513B">
        <w:rPr>
          <w:rFonts w:asciiTheme="majorHAnsi" w:hAnsiTheme="majorHAnsi" w:cstheme="majorHAnsi"/>
          <w:sz w:val="22"/>
        </w:rPr>
        <w:t>uczestnikom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przed rozpoczęciem Wyjazdu.</w:t>
      </w:r>
    </w:p>
    <w:p w14:paraId="2C500232" w14:textId="3C4940E5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4. Organizator nie </w:t>
      </w:r>
      <w:proofErr w:type="spellStart"/>
      <w:r w:rsidRPr="009F513B">
        <w:rPr>
          <w:rFonts w:asciiTheme="majorHAnsi" w:hAnsiTheme="majorHAnsi" w:cstheme="majorHAnsi"/>
          <w:sz w:val="22"/>
        </w:rPr>
        <w:t>wypłaca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uczestnikom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diet ani innych </w:t>
      </w:r>
      <w:proofErr w:type="spellStart"/>
      <w:r w:rsidRPr="009F513B">
        <w:rPr>
          <w:rFonts w:asciiTheme="majorHAnsi" w:hAnsiTheme="majorHAnsi" w:cstheme="majorHAnsi"/>
          <w:sz w:val="22"/>
        </w:rPr>
        <w:t>świadczeń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pieniężnych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związanych z </w:t>
      </w:r>
      <w:proofErr w:type="spellStart"/>
      <w:r w:rsidRPr="009F513B">
        <w:rPr>
          <w:rFonts w:asciiTheme="majorHAnsi" w:hAnsiTheme="majorHAnsi" w:cstheme="majorHAnsi"/>
          <w:sz w:val="22"/>
        </w:rPr>
        <w:t>udziałem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>w Wyjeździe.</w:t>
      </w:r>
    </w:p>
    <w:p w14:paraId="1470FCBA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5. Organizator nie </w:t>
      </w:r>
      <w:proofErr w:type="spellStart"/>
      <w:r w:rsidRPr="009F513B">
        <w:rPr>
          <w:rFonts w:asciiTheme="majorHAnsi" w:hAnsiTheme="majorHAnsi" w:cstheme="majorHAnsi"/>
          <w:sz w:val="22"/>
        </w:rPr>
        <w:t>pokrywa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dojazdu </w:t>
      </w:r>
      <w:proofErr w:type="spellStart"/>
      <w:r w:rsidRPr="009F513B">
        <w:rPr>
          <w:rFonts w:asciiTheme="majorHAnsi" w:hAnsiTheme="majorHAnsi" w:cstheme="majorHAnsi"/>
          <w:sz w:val="22"/>
        </w:rPr>
        <w:t>uczestnika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miejsce </w:t>
      </w:r>
      <w:proofErr w:type="spellStart"/>
      <w:r w:rsidRPr="009F513B">
        <w:rPr>
          <w:rFonts w:asciiTheme="majorHAnsi" w:hAnsiTheme="majorHAnsi" w:cstheme="majorHAnsi"/>
          <w:sz w:val="22"/>
        </w:rPr>
        <w:t>zbiórki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powrotu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miejsca </w:t>
      </w:r>
      <w:proofErr w:type="spellStart"/>
      <w:r w:rsidRPr="009F513B">
        <w:rPr>
          <w:rFonts w:asciiTheme="majorHAnsi" w:hAnsiTheme="majorHAnsi" w:cstheme="majorHAnsi"/>
          <w:sz w:val="22"/>
        </w:rPr>
        <w:t>zbiórki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 miejsca </w:t>
      </w:r>
      <w:proofErr w:type="spellStart"/>
      <w:r w:rsidRPr="009F513B">
        <w:rPr>
          <w:rFonts w:asciiTheme="majorHAnsi" w:hAnsiTheme="majorHAnsi" w:cstheme="majorHAnsi"/>
          <w:sz w:val="22"/>
        </w:rPr>
        <w:t>zamieszkania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4D9C26C3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6. Organizator nie </w:t>
      </w:r>
      <w:proofErr w:type="spellStart"/>
      <w:r w:rsidRPr="009F513B">
        <w:rPr>
          <w:rFonts w:asciiTheme="majorHAnsi" w:hAnsiTheme="majorHAnsi" w:cstheme="majorHAnsi"/>
          <w:sz w:val="22"/>
        </w:rPr>
        <w:t>pokrywa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dodatkowych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związanych z </w:t>
      </w:r>
      <w:proofErr w:type="spellStart"/>
      <w:r w:rsidRPr="009F513B">
        <w:rPr>
          <w:rFonts w:asciiTheme="majorHAnsi" w:hAnsiTheme="majorHAnsi" w:cstheme="majorHAnsi"/>
          <w:sz w:val="22"/>
        </w:rPr>
        <w:t>pobytem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hotelu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w szczególności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korzystania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9F513B">
        <w:rPr>
          <w:rFonts w:asciiTheme="majorHAnsi" w:hAnsiTheme="majorHAnsi" w:cstheme="majorHAnsi"/>
          <w:sz w:val="22"/>
        </w:rPr>
        <w:t>płatnej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telewizji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minibaru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połączeń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telefonicznych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innych usług </w:t>
      </w:r>
      <w:proofErr w:type="spellStart"/>
      <w:r w:rsidRPr="009F513B">
        <w:rPr>
          <w:rFonts w:asciiTheme="majorHAnsi" w:hAnsiTheme="majorHAnsi" w:cstheme="majorHAnsi"/>
          <w:sz w:val="22"/>
        </w:rPr>
        <w:t>dodatkowo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płatnych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. Koszty te </w:t>
      </w:r>
      <w:proofErr w:type="spellStart"/>
      <w:r w:rsidRPr="009F513B">
        <w:rPr>
          <w:rFonts w:asciiTheme="majorHAnsi" w:hAnsiTheme="majorHAnsi" w:cstheme="majorHAnsi"/>
          <w:sz w:val="22"/>
        </w:rPr>
        <w:t>uczestnik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pokrywa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indywidualnie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7A87F3B5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t xml:space="preserve">§ 5.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Obowiązki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uczestnika</w:t>
      </w:r>
      <w:proofErr w:type="spellEnd"/>
    </w:p>
    <w:p w14:paraId="4C9D6409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Każdy </w:t>
      </w:r>
      <w:proofErr w:type="spellStart"/>
      <w:r w:rsidRPr="009F513B">
        <w:rPr>
          <w:rFonts w:asciiTheme="majorHAnsi" w:hAnsiTheme="majorHAnsi" w:cstheme="majorHAnsi"/>
          <w:sz w:val="22"/>
        </w:rPr>
        <w:t>zakwalifikowany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jest zobowiązany do:</w:t>
      </w:r>
    </w:p>
    <w:p w14:paraId="4D137BB8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1) </w:t>
      </w:r>
      <w:proofErr w:type="spellStart"/>
      <w:r w:rsidRPr="009F513B">
        <w:rPr>
          <w:rFonts w:asciiTheme="majorHAnsi" w:hAnsiTheme="majorHAnsi" w:cstheme="majorHAnsi"/>
          <w:sz w:val="22"/>
        </w:rPr>
        <w:t>uczestnictwa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Wyjeździe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zgodnie z </w:t>
      </w:r>
      <w:proofErr w:type="spellStart"/>
      <w:r w:rsidRPr="009F513B">
        <w:rPr>
          <w:rFonts w:asciiTheme="majorHAnsi" w:hAnsiTheme="majorHAnsi" w:cstheme="majorHAnsi"/>
          <w:sz w:val="22"/>
        </w:rPr>
        <w:t>programem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ustalonym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przez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>;</w:t>
      </w:r>
    </w:p>
    <w:p w14:paraId="7F7E227F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2) </w:t>
      </w:r>
      <w:proofErr w:type="spellStart"/>
      <w:r w:rsidRPr="009F513B">
        <w:rPr>
          <w:rFonts w:asciiTheme="majorHAnsi" w:hAnsiTheme="majorHAnsi" w:cstheme="majorHAnsi"/>
          <w:sz w:val="22"/>
        </w:rPr>
        <w:t>stosowania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się do </w:t>
      </w:r>
      <w:proofErr w:type="spellStart"/>
      <w:r w:rsidRPr="009F513B">
        <w:rPr>
          <w:rFonts w:asciiTheme="majorHAnsi" w:hAnsiTheme="majorHAnsi" w:cstheme="majorHAnsi"/>
          <w:sz w:val="22"/>
        </w:rPr>
        <w:t>poleceń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pilota </w:t>
      </w:r>
      <w:proofErr w:type="spellStart"/>
      <w:r w:rsidRPr="009F513B">
        <w:rPr>
          <w:rFonts w:asciiTheme="majorHAnsi" w:hAnsiTheme="majorHAnsi" w:cstheme="majorHAnsi"/>
          <w:sz w:val="22"/>
        </w:rPr>
        <w:t>wycieczek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</w:t>
      </w:r>
      <w:proofErr w:type="spellStart"/>
      <w:r w:rsidRPr="009F513B">
        <w:rPr>
          <w:rFonts w:asciiTheme="majorHAnsi" w:hAnsiTheme="majorHAnsi" w:cstheme="majorHAnsi"/>
          <w:sz w:val="22"/>
        </w:rPr>
        <w:t>przedstawiciela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związanych z </w:t>
      </w:r>
      <w:proofErr w:type="spellStart"/>
      <w:r w:rsidRPr="009F513B">
        <w:rPr>
          <w:rFonts w:asciiTheme="majorHAnsi" w:hAnsiTheme="majorHAnsi" w:cstheme="majorHAnsi"/>
          <w:sz w:val="22"/>
        </w:rPr>
        <w:t>prawidłową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realizacją programu i </w:t>
      </w:r>
      <w:proofErr w:type="spellStart"/>
      <w:r w:rsidRPr="009F513B">
        <w:rPr>
          <w:rFonts w:asciiTheme="majorHAnsi" w:hAnsiTheme="majorHAnsi" w:cstheme="majorHAnsi"/>
          <w:sz w:val="22"/>
        </w:rPr>
        <w:t>bezpieczeństwem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uczestników;</w:t>
      </w:r>
    </w:p>
    <w:p w14:paraId="24FE6E7B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3) </w:t>
      </w:r>
      <w:proofErr w:type="spellStart"/>
      <w:r w:rsidRPr="009F513B">
        <w:rPr>
          <w:rFonts w:asciiTheme="majorHAnsi" w:hAnsiTheme="majorHAnsi" w:cstheme="majorHAnsi"/>
          <w:sz w:val="22"/>
        </w:rPr>
        <w:t>punktualnego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stawiania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się w </w:t>
      </w:r>
      <w:proofErr w:type="spellStart"/>
      <w:r w:rsidRPr="009F513B">
        <w:rPr>
          <w:rFonts w:asciiTheme="majorHAnsi" w:hAnsiTheme="majorHAnsi" w:cstheme="majorHAnsi"/>
          <w:sz w:val="22"/>
        </w:rPr>
        <w:t>miejscach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zbiórek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</w:t>
      </w:r>
      <w:proofErr w:type="spellStart"/>
      <w:r w:rsidRPr="009F513B">
        <w:rPr>
          <w:rFonts w:asciiTheme="majorHAnsi" w:hAnsiTheme="majorHAnsi" w:cstheme="majorHAnsi"/>
          <w:sz w:val="22"/>
        </w:rPr>
        <w:t>uczestniczenia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poszczególnych </w:t>
      </w:r>
      <w:proofErr w:type="spellStart"/>
      <w:r w:rsidRPr="009F513B">
        <w:rPr>
          <w:rFonts w:asciiTheme="majorHAnsi" w:hAnsiTheme="majorHAnsi" w:cstheme="majorHAnsi"/>
          <w:sz w:val="22"/>
        </w:rPr>
        <w:t>punktach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programu;</w:t>
      </w:r>
    </w:p>
    <w:p w14:paraId="4FE12067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4) </w:t>
      </w:r>
      <w:proofErr w:type="spellStart"/>
      <w:r w:rsidRPr="009F513B">
        <w:rPr>
          <w:rFonts w:asciiTheme="majorHAnsi" w:hAnsiTheme="majorHAnsi" w:cstheme="majorHAnsi"/>
          <w:sz w:val="22"/>
        </w:rPr>
        <w:t>przekazania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Organizatorowi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informacji </w:t>
      </w:r>
      <w:proofErr w:type="spellStart"/>
      <w:r w:rsidRPr="009F513B">
        <w:rPr>
          <w:rFonts w:asciiTheme="majorHAnsi" w:hAnsiTheme="majorHAnsi" w:cstheme="majorHAnsi"/>
          <w:sz w:val="22"/>
        </w:rPr>
        <w:t>niezbędnych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9F513B">
        <w:rPr>
          <w:rFonts w:asciiTheme="majorHAnsi" w:hAnsiTheme="majorHAnsi" w:cstheme="majorHAnsi"/>
          <w:sz w:val="22"/>
        </w:rPr>
        <w:t>prawidłowej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organizacji Wyjazdu;</w:t>
      </w:r>
    </w:p>
    <w:p w14:paraId="0AA4E058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5) przestrzegania przepisów prawa </w:t>
      </w:r>
      <w:proofErr w:type="spellStart"/>
      <w:r w:rsidRPr="009F513B">
        <w:rPr>
          <w:rFonts w:asciiTheme="majorHAnsi" w:hAnsiTheme="majorHAnsi" w:cstheme="majorHAnsi"/>
          <w:sz w:val="22"/>
        </w:rPr>
        <w:t>obowiązujących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Polsce</w:t>
      </w:r>
      <w:proofErr w:type="spellEnd"/>
      <w:r w:rsidRPr="009F513B">
        <w:rPr>
          <w:rFonts w:asciiTheme="majorHAnsi" w:hAnsiTheme="majorHAnsi" w:cstheme="majorHAnsi"/>
          <w:sz w:val="22"/>
        </w:rPr>
        <w:t>;</w:t>
      </w:r>
    </w:p>
    <w:p w14:paraId="723F4A09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6) przestrzegania </w:t>
      </w:r>
      <w:proofErr w:type="spellStart"/>
      <w:r w:rsidRPr="009F513B">
        <w:rPr>
          <w:rFonts w:asciiTheme="majorHAnsi" w:hAnsiTheme="majorHAnsi" w:cstheme="majorHAnsi"/>
          <w:sz w:val="22"/>
        </w:rPr>
        <w:t>zasad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bezpieczeństwa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</w:t>
      </w:r>
      <w:proofErr w:type="spellStart"/>
      <w:r w:rsidRPr="009F513B">
        <w:rPr>
          <w:rFonts w:asciiTheme="majorHAnsi" w:hAnsiTheme="majorHAnsi" w:cstheme="majorHAnsi"/>
          <w:sz w:val="22"/>
        </w:rPr>
        <w:t>zasad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obowiązujących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miejscach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odwiedzanych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ramach Wyjazdu;</w:t>
      </w:r>
    </w:p>
    <w:p w14:paraId="010832B6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lastRenderedPageBreak/>
        <w:t xml:space="preserve">7) </w:t>
      </w:r>
      <w:proofErr w:type="spellStart"/>
      <w:r w:rsidRPr="009F513B">
        <w:rPr>
          <w:rFonts w:asciiTheme="majorHAnsi" w:hAnsiTheme="majorHAnsi" w:cstheme="majorHAnsi"/>
          <w:sz w:val="22"/>
        </w:rPr>
        <w:t>ponoszenia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odpowiedzialności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za szkody </w:t>
      </w:r>
      <w:proofErr w:type="spellStart"/>
      <w:r w:rsidRPr="009F513B">
        <w:rPr>
          <w:rFonts w:asciiTheme="majorHAnsi" w:hAnsiTheme="majorHAnsi" w:cstheme="majorHAnsi"/>
          <w:sz w:val="22"/>
        </w:rPr>
        <w:t>wyrządzone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9F513B">
        <w:rPr>
          <w:rFonts w:asciiTheme="majorHAnsi" w:hAnsiTheme="majorHAnsi" w:cstheme="majorHAnsi"/>
          <w:sz w:val="22"/>
        </w:rPr>
        <w:t>własnej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winy lub </w:t>
      </w:r>
      <w:proofErr w:type="spellStart"/>
      <w:r w:rsidRPr="009F513B">
        <w:rPr>
          <w:rFonts w:asciiTheme="majorHAnsi" w:hAnsiTheme="majorHAnsi" w:cstheme="majorHAnsi"/>
          <w:sz w:val="22"/>
        </w:rPr>
        <w:t>wskutek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własnego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działania </w:t>
      </w:r>
      <w:proofErr w:type="spellStart"/>
      <w:r w:rsidRPr="009F513B">
        <w:rPr>
          <w:rFonts w:asciiTheme="majorHAnsi" w:hAnsiTheme="majorHAnsi" w:cstheme="majorHAnsi"/>
          <w:sz w:val="22"/>
        </w:rPr>
        <w:t>albo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zaniechania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zgodnie z </w:t>
      </w:r>
      <w:proofErr w:type="spellStart"/>
      <w:r w:rsidRPr="009F513B">
        <w:rPr>
          <w:rFonts w:asciiTheme="majorHAnsi" w:hAnsiTheme="majorHAnsi" w:cstheme="majorHAnsi"/>
          <w:sz w:val="22"/>
        </w:rPr>
        <w:t>obowiązującymi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przepisami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prawa;</w:t>
      </w:r>
    </w:p>
    <w:p w14:paraId="328E11C3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8) </w:t>
      </w:r>
      <w:proofErr w:type="spellStart"/>
      <w:r w:rsidRPr="009F513B">
        <w:rPr>
          <w:rFonts w:asciiTheme="majorHAnsi" w:hAnsiTheme="majorHAnsi" w:cstheme="majorHAnsi"/>
          <w:sz w:val="22"/>
        </w:rPr>
        <w:t>posiadania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ważnego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dokumentu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tożsamości</w:t>
      </w:r>
      <w:proofErr w:type="spellEnd"/>
      <w:r w:rsidRPr="009F513B">
        <w:rPr>
          <w:rFonts w:asciiTheme="majorHAnsi" w:hAnsiTheme="majorHAnsi" w:cstheme="majorHAnsi"/>
          <w:sz w:val="22"/>
        </w:rPr>
        <w:t>;</w:t>
      </w:r>
    </w:p>
    <w:p w14:paraId="0F4C2EAD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9) </w:t>
      </w:r>
      <w:proofErr w:type="spellStart"/>
      <w:r w:rsidRPr="009F513B">
        <w:rPr>
          <w:rFonts w:asciiTheme="majorHAnsi" w:hAnsiTheme="majorHAnsi" w:cstheme="majorHAnsi"/>
          <w:sz w:val="22"/>
        </w:rPr>
        <w:t>niezwłocznego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poinformowania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 okolicznościach </w:t>
      </w:r>
      <w:proofErr w:type="spellStart"/>
      <w:r w:rsidRPr="009F513B">
        <w:rPr>
          <w:rFonts w:asciiTheme="majorHAnsi" w:hAnsiTheme="majorHAnsi" w:cstheme="majorHAnsi"/>
          <w:sz w:val="22"/>
        </w:rPr>
        <w:t>mogących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mieć </w:t>
      </w:r>
      <w:proofErr w:type="spellStart"/>
      <w:r w:rsidRPr="009F513B">
        <w:rPr>
          <w:rFonts w:asciiTheme="majorHAnsi" w:hAnsiTheme="majorHAnsi" w:cstheme="majorHAnsi"/>
          <w:sz w:val="22"/>
        </w:rPr>
        <w:t>wpływ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</w:t>
      </w:r>
      <w:proofErr w:type="spellStart"/>
      <w:r w:rsidRPr="009F513B">
        <w:rPr>
          <w:rFonts w:asciiTheme="majorHAnsi" w:hAnsiTheme="majorHAnsi" w:cstheme="majorHAnsi"/>
          <w:sz w:val="22"/>
        </w:rPr>
        <w:t>możliwość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Wyjeździe;</w:t>
      </w:r>
    </w:p>
    <w:p w14:paraId="78A750BD" w14:textId="77777777" w:rsidR="001C31E7" w:rsidRPr="009F513B" w:rsidRDefault="001517F8" w:rsidP="00392CE4">
      <w:pPr>
        <w:spacing w:after="40"/>
        <w:ind w:left="454"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10) przestrzegania postanowień </w:t>
      </w:r>
      <w:proofErr w:type="spellStart"/>
      <w:r w:rsidRPr="009F513B">
        <w:rPr>
          <w:rFonts w:asciiTheme="majorHAnsi" w:hAnsiTheme="majorHAnsi" w:cstheme="majorHAnsi"/>
          <w:sz w:val="22"/>
        </w:rPr>
        <w:t>niniejszego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Regulaminu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45D15975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2. </w:t>
      </w:r>
      <w:proofErr w:type="spellStart"/>
      <w:r w:rsidRPr="009F513B">
        <w:rPr>
          <w:rFonts w:asciiTheme="majorHAnsi" w:hAnsiTheme="majorHAnsi" w:cstheme="majorHAnsi"/>
          <w:sz w:val="22"/>
        </w:rPr>
        <w:t>Uczestnik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ponosi odpowiedzialność za </w:t>
      </w:r>
      <w:proofErr w:type="spellStart"/>
      <w:r w:rsidRPr="009F513B">
        <w:rPr>
          <w:rFonts w:asciiTheme="majorHAnsi" w:hAnsiTheme="majorHAnsi" w:cstheme="majorHAnsi"/>
          <w:sz w:val="22"/>
        </w:rPr>
        <w:t>skutki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wynikające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braku lub </w:t>
      </w:r>
      <w:proofErr w:type="spellStart"/>
      <w:r w:rsidRPr="009F513B">
        <w:rPr>
          <w:rFonts w:asciiTheme="majorHAnsi" w:hAnsiTheme="majorHAnsi" w:cstheme="majorHAnsi"/>
          <w:sz w:val="22"/>
        </w:rPr>
        <w:t>nieważności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dokumentów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wymaganych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9F513B">
        <w:rPr>
          <w:rFonts w:asciiTheme="majorHAnsi" w:hAnsiTheme="majorHAnsi" w:cstheme="majorHAnsi"/>
          <w:sz w:val="22"/>
        </w:rPr>
        <w:t>odbycia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podróży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0B61CA3A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t xml:space="preserve">§ 6.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Rezygnacja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z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udziału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w Wyjeździe</w:t>
      </w:r>
    </w:p>
    <w:p w14:paraId="4197DC0D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</w:t>
      </w:r>
      <w:proofErr w:type="spellStart"/>
      <w:r w:rsidRPr="009F513B">
        <w:rPr>
          <w:rFonts w:asciiTheme="majorHAnsi" w:hAnsiTheme="majorHAnsi" w:cstheme="majorHAnsi"/>
          <w:sz w:val="22"/>
        </w:rPr>
        <w:t>Uczestnik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który po </w:t>
      </w:r>
      <w:proofErr w:type="spellStart"/>
      <w:r w:rsidRPr="009F513B">
        <w:rPr>
          <w:rFonts w:asciiTheme="majorHAnsi" w:hAnsiTheme="majorHAnsi" w:cstheme="majorHAnsi"/>
          <w:sz w:val="22"/>
        </w:rPr>
        <w:t>zakwalifikowaniu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 nie może </w:t>
      </w:r>
      <w:proofErr w:type="spellStart"/>
      <w:r w:rsidRPr="009F513B">
        <w:rPr>
          <w:rFonts w:asciiTheme="majorHAnsi" w:hAnsiTheme="majorHAnsi" w:cstheme="majorHAnsi"/>
          <w:sz w:val="22"/>
        </w:rPr>
        <w:t>wziąć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nim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zobowiązany jest </w:t>
      </w:r>
      <w:proofErr w:type="spellStart"/>
      <w:r w:rsidRPr="009F513B">
        <w:rPr>
          <w:rFonts w:asciiTheme="majorHAnsi" w:hAnsiTheme="majorHAnsi" w:cstheme="majorHAnsi"/>
          <w:sz w:val="22"/>
        </w:rPr>
        <w:t>niezwłocznie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poinformować o tym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formie pisemnej lub </w:t>
      </w:r>
      <w:proofErr w:type="spellStart"/>
      <w:r w:rsidRPr="009F513B">
        <w:rPr>
          <w:rFonts w:asciiTheme="majorHAnsi" w:hAnsiTheme="majorHAnsi" w:cstheme="majorHAnsi"/>
          <w:sz w:val="22"/>
        </w:rPr>
        <w:t>elektronicznej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79E1B569" w14:textId="736D1EF3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2. W przypadku </w:t>
      </w:r>
      <w:proofErr w:type="spellStart"/>
      <w:r w:rsidRPr="009F513B">
        <w:rPr>
          <w:rFonts w:asciiTheme="majorHAnsi" w:hAnsiTheme="majorHAnsi" w:cstheme="majorHAnsi"/>
          <w:sz w:val="22"/>
        </w:rPr>
        <w:t>rezygnacji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Organizator może </w:t>
      </w:r>
      <w:proofErr w:type="spellStart"/>
      <w:r w:rsidRPr="009F513B">
        <w:rPr>
          <w:rFonts w:asciiTheme="majorHAnsi" w:hAnsiTheme="majorHAnsi" w:cstheme="majorHAnsi"/>
          <w:sz w:val="22"/>
        </w:rPr>
        <w:t>zakwalifikować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 osobę </w:t>
      </w:r>
      <w:proofErr w:type="spellStart"/>
      <w:r w:rsidRPr="009F513B">
        <w:rPr>
          <w:rFonts w:asciiTheme="majorHAnsi" w:hAnsiTheme="majorHAnsi" w:cstheme="majorHAnsi"/>
          <w:sz w:val="22"/>
        </w:rPr>
        <w:t>znajdującą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się na </w:t>
      </w:r>
      <w:proofErr w:type="spellStart"/>
      <w:r w:rsidRPr="009F513B">
        <w:rPr>
          <w:rFonts w:asciiTheme="majorHAnsi" w:hAnsiTheme="majorHAnsi" w:cstheme="majorHAnsi"/>
          <w:sz w:val="22"/>
        </w:rPr>
        <w:t>liście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rezerwowej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zgodnie z </w:t>
      </w:r>
      <w:proofErr w:type="spellStart"/>
      <w:r w:rsidRPr="009F513B">
        <w:rPr>
          <w:rFonts w:asciiTheme="majorHAnsi" w:hAnsiTheme="majorHAnsi" w:cstheme="majorHAnsi"/>
          <w:sz w:val="22"/>
        </w:rPr>
        <w:t>kolejnością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</w:t>
      </w:r>
      <w:proofErr w:type="spellStart"/>
      <w:r w:rsidRPr="009F513B">
        <w:rPr>
          <w:rFonts w:asciiTheme="majorHAnsi" w:hAnsiTheme="majorHAnsi" w:cstheme="majorHAnsi"/>
          <w:sz w:val="22"/>
        </w:rPr>
        <w:t>tej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liście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o </w:t>
      </w:r>
      <w:proofErr w:type="spellStart"/>
      <w:r w:rsidRPr="009F513B">
        <w:rPr>
          <w:rFonts w:asciiTheme="majorHAnsi" w:hAnsiTheme="majorHAnsi" w:cstheme="majorHAnsi"/>
          <w:sz w:val="22"/>
        </w:rPr>
        <w:t>ile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pozwalają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to </w:t>
      </w:r>
      <w:proofErr w:type="spellStart"/>
      <w:r w:rsidRPr="009F513B">
        <w:rPr>
          <w:rFonts w:asciiTheme="majorHAnsi" w:hAnsiTheme="majorHAnsi" w:cstheme="majorHAnsi"/>
          <w:sz w:val="22"/>
        </w:rPr>
        <w:t>warunki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organizacyjne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i </w:t>
      </w:r>
      <w:proofErr w:type="spellStart"/>
      <w:r w:rsidRPr="009F513B">
        <w:rPr>
          <w:rFonts w:asciiTheme="majorHAnsi" w:hAnsiTheme="majorHAnsi" w:cstheme="majorHAnsi"/>
          <w:sz w:val="22"/>
        </w:rPr>
        <w:t>terminowe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62F9836A" w14:textId="75BD1F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W przypadku </w:t>
      </w:r>
      <w:proofErr w:type="spellStart"/>
      <w:r w:rsidRPr="009F513B">
        <w:rPr>
          <w:rFonts w:asciiTheme="majorHAnsi" w:hAnsiTheme="majorHAnsi" w:cstheme="majorHAnsi"/>
          <w:sz w:val="22"/>
        </w:rPr>
        <w:t>rezygnacji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 w terminie </w:t>
      </w:r>
      <w:proofErr w:type="spellStart"/>
      <w:r w:rsidRPr="009F513B">
        <w:rPr>
          <w:rFonts w:asciiTheme="majorHAnsi" w:hAnsiTheme="majorHAnsi" w:cstheme="majorHAnsi"/>
          <w:sz w:val="22"/>
        </w:rPr>
        <w:t>krótszym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niż </w:t>
      </w:r>
      <w:r w:rsidR="009F513B" w:rsidRPr="009F513B">
        <w:rPr>
          <w:rFonts w:asciiTheme="majorHAnsi" w:hAnsiTheme="majorHAnsi" w:cstheme="majorHAnsi"/>
          <w:sz w:val="22"/>
        </w:rPr>
        <w:t>4</w:t>
      </w:r>
      <w:r w:rsidRPr="009F513B">
        <w:rPr>
          <w:rFonts w:asciiTheme="majorHAnsi" w:hAnsiTheme="majorHAnsi" w:cstheme="majorHAnsi"/>
          <w:sz w:val="22"/>
        </w:rPr>
        <w:t xml:space="preserve"> dni przed </w:t>
      </w:r>
      <w:proofErr w:type="spellStart"/>
      <w:r w:rsidRPr="009F513B">
        <w:rPr>
          <w:rFonts w:asciiTheme="majorHAnsi" w:hAnsiTheme="majorHAnsi" w:cstheme="majorHAnsi"/>
          <w:sz w:val="22"/>
        </w:rPr>
        <w:t>planowanym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terminem rozpoczęcia Wyjazdu, Organizator może dochodzić </w:t>
      </w:r>
      <w:proofErr w:type="spellStart"/>
      <w:r w:rsidRPr="009F513B">
        <w:rPr>
          <w:rFonts w:asciiTheme="majorHAnsi" w:hAnsiTheme="majorHAnsi" w:cstheme="majorHAnsi"/>
          <w:sz w:val="22"/>
        </w:rPr>
        <w:t>od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zwrotu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poniesionych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związku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z jego </w:t>
      </w:r>
      <w:proofErr w:type="spellStart"/>
      <w:r w:rsidRPr="009F513B">
        <w:rPr>
          <w:rFonts w:asciiTheme="majorHAnsi" w:hAnsiTheme="majorHAnsi" w:cstheme="majorHAnsi"/>
          <w:sz w:val="22"/>
        </w:rPr>
        <w:t>udziałem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Wyjeździe, </w:t>
      </w:r>
      <w:proofErr w:type="spellStart"/>
      <w:r w:rsidRPr="009F513B">
        <w:rPr>
          <w:rFonts w:asciiTheme="majorHAnsi" w:hAnsiTheme="majorHAnsi" w:cstheme="majorHAnsi"/>
          <w:sz w:val="22"/>
        </w:rPr>
        <w:t>jeżeli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koszty te </w:t>
      </w:r>
      <w:proofErr w:type="spellStart"/>
      <w:r w:rsidRPr="009F513B">
        <w:rPr>
          <w:rFonts w:asciiTheme="majorHAnsi" w:hAnsiTheme="majorHAnsi" w:cstheme="majorHAnsi"/>
          <w:sz w:val="22"/>
        </w:rPr>
        <w:t>zostały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rzeczywiście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poniesione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przez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nie </w:t>
      </w:r>
      <w:proofErr w:type="spellStart"/>
      <w:r w:rsidRPr="009F513B">
        <w:rPr>
          <w:rFonts w:asciiTheme="majorHAnsi" w:hAnsiTheme="majorHAnsi" w:cstheme="majorHAnsi"/>
          <w:sz w:val="22"/>
        </w:rPr>
        <w:t>podlegają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zwrotowi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lub </w:t>
      </w:r>
      <w:proofErr w:type="spellStart"/>
      <w:r w:rsidRPr="009F513B">
        <w:rPr>
          <w:rFonts w:asciiTheme="majorHAnsi" w:hAnsiTheme="majorHAnsi" w:cstheme="majorHAnsi"/>
          <w:sz w:val="22"/>
        </w:rPr>
        <w:t>anulowaniu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</w:t>
      </w:r>
      <w:proofErr w:type="spellStart"/>
      <w:r w:rsidRPr="009F513B">
        <w:rPr>
          <w:rFonts w:asciiTheme="majorHAnsi" w:hAnsiTheme="majorHAnsi" w:cstheme="majorHAnsi"/>
          <w:sz w:val="22"/>
        </w:rPr>
        <w:t>pozostają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bezpośrednim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związku z </w:t>
      </w:r>
      <w:proofErr w:type="spellStart"/>
      <w:r w:rsidRPr="009F513B">
        <w:rPr>
          <w:rFonts w:asciiTheme="majorHAnsi" w:hAnsiTheme="majorHAnsi" w:cstheme="majorHAnsi"/>
          <w:sz w:val="22"/>
        </w:rPr>
        <w:t>rezygnacją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19336688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4. </w:t>
      </w:r>
      <w:proofErr w:type="spellStart"/>
      <w:r w:rsidRPr="009F513B">
        <w:rPr>
          <w:rFonts w:asciiTheme="majorHAnsi" w:hAnsiTheme="majorHAnsi" w:cstheme="majorHAnsi"/>
          <w:sz w:val="22"/>
        </w:rPr>
        <w:t>Ewentualna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należność, o której mowa w ust. 3, </w:t>
      </w:r>
      <w:proofErr w:type="spellStart"/>
      <w:r w:rsidRPr="009F513B">
        <w:rPr>
          <w:rFonts w:asciiTheme="majorHAnsi" w:hAnsiTheme="majorHAnsi" w:cstheme="majorHAnsi"/>
          <w:sz w:val="22"/>
        </w:rPr>
        <w:t>ustalana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jest przez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podstawie </w:t>
      </w:r>
      <w:proofErr w:type="spellStart"/>
      <w:r w:rsidRPr="009F513B">
        <w:rPr>
          <w:rFonts w:asciiTheme="majorHAnsi" w:hAnsiTheme="majorHAnsi" w:cstheme="majorHAnsi"/>
          <w:sz w:val="22"/>
        </w:rPr>
        <w:t>rzeczywiście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poniesionych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9F513B">
        <w:rPr>
          <w:rFonts w:asciiTheme="majorHAnsi" w:hAnsiTheme="majorHAnsi" w:cstheme="majorHAnsi"/>
          <w:sz w:val="22"/>
        </w:rPr>
        <w:t>niepodlegających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zwrotowi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z uwzględnieniem możliwości ich </w:t>
      </w:r>
      <w:proofErr w:type="spellStart"/>
      <w:r w:rsidRPr="009F513B">
        <w:rPr>
          <w:rFonts w:asciiTheme="majorHAnsi" w:hAnsiTheme="majorHAnsi" w:cstheme="majorHAnsi"/>
          <w:sz w:val="22"/>
        </w:rPr>
        <w:t>ograniczenia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lub </w:t>
      </w:r>
      <w:proofErr w:type="spellStart"/>
      <w:r w:rsidRPr="009F513B">
        <w:rPr>
          <w:rFonts w:asciiTheme="majorHAnsi" w:hAnsiTheme="majorHAnsi" w:cstheme="majorHAnsi"/>
          <w:sz w:val="22"/>
        </w:rPr>
        <w:t>odzyskania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63F12DE5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5. Organizator </w:t>
      </w:r>
      <w:proofErr w:type="spellStart"/>
      <w:r w:rsidRPr="009F513B">
        <w:rPr>
          <w:rFonts w:asciiTheme="majorHAnsi" w:hAnsiTheme="majorHAnsi" w:cstheme="majorHAnsi"/>
          <w:sz w:val="22"/>
        </w:rPr>
        <w:t>informuje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uczestnika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piśmie lub </w:t>
      </w:r>
      <w:proofErr w:type="spellStart"/>
      <w:r w:rsidRPr="009F513B">
        <w:rPr>
          <w:rFonts w:asciiTheme="majorHAnsi" w:hAnsiTheme="majorHAnsi" w:cstheme="majorHAnsi"/>
          <w:sz w:val="22"/>
        </w:rPr>
        <w:t>drogą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elektroniczną o wysokości </w:t>
      </w:r>
      <w:proofErr w:type="spellStart"/>
      <w:r w:rsidRPr="009F513B">
        <w:rPr>
          <w:rFonts w:asciiTheme="majorHAnsi" w:hAnsiTheme="majorHAnsi" w:cstheme="majorHAnsi"/>
          <w:sz w:val="22"/>
        </w:rPr>
        <w:t>dochodzonej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należności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podstawie jej </w:t>
      </w:r>
      <w:proofErr w:type="spellStart"/>
      <w:r w:rsidRPr="009F513B">
        <w:rPr>
          <w:rFonts w:asciiTheme="majorHAnsi" w:hAnsiTheme="majorHAnsi" w:cstheme="majorHAnsi"/>
          <w:sz w:val="22"/>
        </w:rPr>
        <w:t>ustalenia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terminie i </w:t>
      </w:r>
      <w:proofErr w:type="spellStart"/>
      <w:r w:rsidRPr="009F513B">
        <w:rPr>
          <w:rFonts w:asciiTheme="majorHAnsi" w:hAnsiTheme="majorHAnsi" w:cstheme="majorHAnsi"/>
          <w:sz w:val="22"/>
        </w:rPr>
        <w:t>sposobie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zapłaty.</w:t>
      </w:r>
    </w:p>
    <w:p w14:paraId="367A96C3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6. Na żądanie </w:t>
      </w:r>
      <w:proofErr w:type="spellStart"/>
      <w:r w:rsidRPr="009F513B">
        <w:rPr>
          <w:rFonts w:asciiTheme="majorHAnsi" w:hAnsiTheme="majorHAnsi" w:cstheme="majorHAnsi"/>
          <w:sz w:val="22"/>
        </w:rPr>
        <w:t>uczestnika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Organizator </w:t>
      </w:r>
      <w:proofErr w:type="spellStart"/>
      <w:r w:rsidRPr="009F513B">
        <w:rPr>
          <w:rFonts w:asciiTheme="majorHAnsi" w:hAnsiTheme="majorHAnsi" w:cstheme="majorHAnsi"/>
          <w:sz w:val="22"/>
        </w:rPr>
        <w:t>przedstawia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informację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pozwalającą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na </w:t>
      </w:r>
      <w:proofErr w:type="spellStart"/>
      <w:r w:rsidRPr="009F513B">
        <w:rPr>
          <w:rFonts w:asciiTheme="majorHAnsi" w:hAnsiTheme="majorHAnsi" w:cstheme="majorHAnsi"/>
          <w:sz w:val="22"/>
        </w:rPr>
        <w:t>zweryfikowanie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wysokości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o których mowa w ust. 3, z uwzględnieniem ograniczeń wynikających z przepisów </w:t>
      </w:r>
      <w:proofErr w:type="spellStart"/>
      <w:r w:rsidRPr="009F513B">
        <w:rPr>
          <w:rFonts w:asciiTheme="majorHAnsi" w:hAnsiTheme="majorHAnsi" w:cstheme="majorHAnsi"/>
          <w:sz w:val="22"/>
        </w:rPr>
        <w:t>dotyczących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ochrony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informacji oraz </w:t>
      </w:r>
      <w:proofErr w:type="spellStart"/>
      <w:r w:rsidRPr="009F513B">
        <w:rPr>
          <w:rFonts w:asciiTheme="majorHAnsi" w:hAnsiTheme="majorHAnsi" w:cstheme="majorHAnsi"/>
          <w:sz w:val="22"/>
        </w:rPr>
        <w:t>dokumentacji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finansowej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17F69840" w14:textId="486C170D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7. Organizator może </w:t>
      </w:r>
      <w:proofErr w:type="spellStart"/>
      <w:r w:rsidRPr="009F513B">
        <w:rPr>
          <w:rFonts w:asciiTheme="majorHAnsi" w:hAnsiTheme="majorHAnsi" w:cstheme="majorHAnsi"/>
          <w:sz w:val="22"/>
        </w:rPr>
        <w:t>odstąpić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od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dochodzenia </w:t>
      </w:r>
      <w:proofErr w:type="spellStart"/>
      <w:r w:rsidRPr="009F513B">
        <w:rPr>
          <w:rFonts w:asciiTheme="majorHAnsi" w:hAnsiTheme="majorHAnsi" w:cstheme="majorHAnsi"/>
          <w:sz w:val="22"/>
        </w:rPr>
        <w:t>zwrotu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o których mowa w ust. 3, w szczególności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w przypadku wystąpienia </w:t>
      </w:r>
      <w:proofErr w:type="spellStart"/>
      <w:r w:rsidRPr="009F513B">
        <w:rPr>
          <w:rFonts w:asciiTheme="majorHAnsi" w:hAnsiTheme="majorHAnsi" w:cstheme="majorHAnsi"/>
          <w:sz w:val="22"/>
        </w:rPr>
        <w:t>udokumentowanych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przyczyn </w:t>
      </w:r>
      <w:proofErr w:type="spellStart"/>
      <w:r w:rsidRPr="009F513B">
        <w:rPr>
          <w:rFonts w:asciiTheme="majorHAnsi" w:hAnsiTheme="majorHAnsi" w:cstheme="majorHAnsi"/>
          <w:sz w:val="22"/>
        </w:rPr>
        <w:t>losowych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uniemożliwiających </w:t>
      </w:r>
      <w:proofErr w:type="spellStart"/>
      <w:r w:rsidRPr="009F513B">
        <w:rPr>
          <w:rFonts w:asciiTheme="majorHAnsi" w:hAnsiTheme="majorHAnsi" w:cstheme="majorHAnsi"/>
          <w:sz w:val="22"/>
        </w:rPr>
        <w:t>uczestnikowi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udział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>w Wyjeździe.</w:t>
      </w:r>
    </w:p>
    <w:p w14:paraId="6A3B87D2" w14:textId="7C2354A5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8. </w:t>
      </w:r>
      <w:proofErr w:type="spellStart"/>
      <w:r w:rsidRPr="009F513B">
        <w:rPr>
          <w:rFonts w:asciiTheme="majorHAnsi" w:hAnsiTheme="majorHAnsi" w:cstheme="majorHAnsi"/>
          <w:sz w:val="22"/>
        </w:rPr>
        <w:t>Ocena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okoliczności </w:t>
      </w:r>
      <w:proofErr w:type="spellStart"/>
      <w:r w:rsidRPr="009F513B">
        <w:rPr>
          <w:rFonts w:asciiTheme="majorHAnsi" w:hAnsiTheme="majorHAnsi" w:cstheme="majorHAnsi"/>
          <w:sz w:val="22"/>
        </w:rPr>
        <w:t>uzasadniających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odstąpienie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od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dochodzenia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następuje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indywidualnie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z uwzględnieniem </w:t>
      </w:r>
      <w:proofErr w:type="spellStart"/>
      <w:r w:rsidRPr="009F513B">
        <w:rPr>
          <w:rFonts w:asciiTheme="majorHAnsi" w:hAnsiTheme="majorHAnsi" w:cstheme="majorHAnsi"/>
          <w:sz w:val="22"/>
        </w:rPr>
        <w:t>charakteru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zdarzenia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oraz możliwości </w:t>
      </w:r>
      <w:proofErr w:type="spellStart"/>
      <w:r w:rsidRPr="009F513B">
        <w:rPr>
          <w:rFonts w:asciiTheme="majorHAnsi" w:hAnsiTheme="majorHAnsi" w:cstheme="majorHAnsi"/>
          <w:sz w:val="22"/>
        </w:rPr>
        <w:t>odzyskania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lub </w:t>
      </w:r>
      <w:proofErr w:type="spellStart"/>
      <w:r w:rsidRPr="009F513B">
        <w:rPr>
          <w:rFonts w:asciiTheme="majorHAnsi" w:hAnsiTheme="majorHAnsi" w:cstheme="majorHAnsi"/>
          <w:sz w:val="22"/>
        </w:rPr>
        <w:t>ograniczenia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kosztów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przez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08D66274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9. </w:t>
      </w:r>
      <w:proofErr w:type="spellStart"/>
      <w:r w:rsidRPr="009F513B">
        <w:rPr>
          <w:rFonts w:asciiTheme="majorHAnsi" w:hAnsiTheme="majorHAnsi" w:cstheme="majorHAnsi"/>
          <w:sz w:val="22"/>
        </w:rPr>
        <w:t>Postanowienia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niniejszego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paragrafu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stosuje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się z uwzględnieniem </w:t>
      </w:r>
      <w:proofErr w:type="spellStart"/>
      <w:r w:rsidRPr="009F513B">
        <w:rPr>
          <w:rFonts w:asciiTheme="majorHAnsi" w:hAnsiTheme="majorHAnsi" w:cstheme="majorHAnsi"/>
          <w:sz w:val="22"/>
        </w:rPr>
        <w:t>obowiązujących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przepisów prawa.</w:t>
      </w:r>
    </w:p>
    <w:p w14:paraId="238BA37B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t xml:space="preserve">§ 7.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Zmiana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lub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odwołanie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Wyjazdu</w:t>
      </w:r>
    </w:p>
    <w:p w14:paraId="3F0B6705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Organizator </w:t>
      </w:r>
      <w:proofErr w:type="spellStart"/>
      <w:r w:rsidRPr="009F513B">
        <w:rPr>
          <w:rFonts w:asciiTheme="majorHAnsi" w:hAnsiTheme="majorHAnsi" w:cstheme="majorHAnsi"/>
          <w:sz w:val="22"/>
        </w:rPr>
        <w:t>zastrzega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sobie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prawo do zmiany programu Wyjazdu z przyczyn organizacyjnych, niezależnych od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lub wynikających z okoliczności, których nie </w:t>
      </w:r>
      <w:proofErr w:type="spellStart"/>
      <w:r w:rsidRPr="009F513B">
        <w:rPr>
          <w:rFonts w:asciiTheme="majorHAnsi" w:hAnsiTheme="majorHAnsi" w:cstheme="majorHAnsi"/>
          <w:sz w:val="22"/>
        </w:rPr>
        <w:t>można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było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przewidzieć w </w:t>
      </w:r>
      <w:proofErr w:type="spellStart"/>
      <w:r w:rsidRPr="009F513B">
        <w:rPr>
          <w:rFonts w:asciiTheme="majorHAnsi" w:hAnsiTheme="majorHAnsi" w:cstheme="majorHAnsi"/>
          <w:sz w:val="22"/>
        </w:rPr>
        <w:t>chwili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przygotowywania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programu.</w:t>
      </w:r>
    </w:p>
    <w:p w14:paraId="337C13A4" w14:textId="5441D208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2. W przypadku </w:t>
      </w:r>
      <w:proofErr w:type="spellStart"/>
      <w:r w:rsidRPr="009F513B">
        <w:rPr>
          <w:rFonts w:asciiTheme="majorHAnsi" w:hAnsiTheme="majorHAnsi" w:cstheme="majorHAnsi"/>
          <w:sz w:val="22"/>
        </w:rPr>
        <w:t>konieczności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zmiany programu Organizator, w </w:t>
      </w:r>
      <w:proofErr w:type="spellStart"/>
      <w:r w:rsidRPr="009F513B">
        <w:rPr>
          <w:rFonts w:asciiTheme="majorHAnsi" w:hAnsiTheme="majorHAnsi" w:cstheme="majorHAnsi"/>
          <w:sz w:val="22"/>
        </w:rPr>
        <w:t>miarę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możliwości, zapewni realizację programu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o charakterze </w:t>
      </w:r>
      <w:proofErr w:type="spellStart"/>
      <w:r w:rsidRPr="009F513B">
        <w:rPr>
          <w:rFonts w:asciiTheme="majorHAnsi" w:hAnsiTheme="majorHAnsi" w:cstheme="majorHAnsi"/>
          <w:sz w:val="22"/>
        </w:rPr>
        <w:t>równoważnym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pod </w:t>
      </w:r>
      <w:proofErr w:type="spellStart"/>
      <w:r w:rsidRPr="009F513B">
        <w:rPr>
          <w:rFonts w:asciiTheme="majorHAnsi" w:hAnsiTheme="majorHAnsi" w:cstheme="majorHAnsi"/>
          <w:sz w:val="22"/>
        </w:rPr>
        <w:t>względem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merytorycznym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3A0A58D7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Organizator </w:t>
      </w:r>
      <w:proofErr w:type="spellStart"/>
      <w:r w:rsidRPr="009F513B">
        <w:rPr>
          <w:rFonts w:asciiTheme="majorHAnsi" w:hAnsiTheme="majorHAnsi" w:cstheme="majorHAnsi"/>
          <w:sz w:val="22"/>
        </w:rPr>
        <w:t>zastrzega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sobie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prawo do </w:t>
      </w:r>
      <w:proofErr w:type="spellStart"/>
      <w:r w:rsidRPr="009F513B">
        <w:rPr>
          <w:rFonts w:asciiTheme="majorHAnsi" w:hAnsiTheme="majorHAnsi" w:cstheme="majorHAnsi"/>
          <w:sz w:val="22"/>
        </w:rPr>
        <w:t>odwołania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Wyjazdu w przypadku wystąpienia okoliczności uniemożliwiających jego realizację, w szczególności z przyczyn niezależnych </w:t>
      </w:r>
      <w:proofErr w:type="spellStart"/>
      <w:r w:rsidRPr="009F513B">
        <w:rPr>
          <w:rFonts w:asciiTheme="majorHAnsi" w:hAnsiTheme="majorHAnsi" w:cstheme="majorHAnsi"/>
          <w:sz w:val="22"/>
        </w:rPr>
        <w:t>od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39FEF6EA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4. W przypadku </w:t>
      </w:r>
      <w:proofErr w:type="spellStart"/>
      <w:r w:rsidRPr="009F513B">
        <w:rPr>
          <w:rFonts w:asciiTheme="majorHAnsi" w:hAnsiTheme="majorHAnsi" w:cstheme="majorHAnsi"/>
          <w:sz w:val="22"/>
        </w:rPr>
        <w:t>odwołania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Wyjazdu Organizator poinformuje </w:t>
      </w:r>
      <w:proofErr w:type="spellStart"/>
      <w:r w:rsidRPr="009F513B">
        <w:rPr>
          <w:rFonts w:asciiTheme="majorHAnsi" w:hAnsiTheme="majorHAnsi" w:cstheme="majorHAnsi"/>
          <w:sz w:val="22"/>
        </w:rPr>
        <w:t>zakwalifikowanych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uczestników o tym </w:t>
      </w:r>
      <w:proofErr w:type="spellStart"/>
      <w:r w:rsidRPr="009F513B">
        <w:rPr>
          <w:rFonts w:asciiTheme="majorHAnsi" w:hAnsiTheme="majorHAnsi" w:cstheme="majorHAnsi"/>
          <w:sz w:val="22"/>
        </w:rPr>
        <w:t>fakcie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niezwłocznie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w </w:t>
      </w:r>
      <w:proofErr w:type="spellStart"/>
      <w:r w:rsidRPr="009F513B">
        <w:rPr>
          <w:rFonts w:asciiTheme="majorHAnsi" w:hAnsiTheme="majorHAnsi" w:cstheme="majorHAnsi"/>
          <w:sz w:val="22"/>
        </w:rPr>
        <w:t>miarę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możliwości przed </w:t>
      </w:r>
      <w:proofErr w:type="spellStart"/>
      <w:r w:rsidRPr="009F513B">
        <w:rPr>
          <w:rFonts w:asciiTheme="majorHAnsi" w:hAnsiTheme="majorHAnsi" w:cstheme="majorHAnsi"/>
          <w:sz w:val="22"/>
        </w:rPr>
        <w:t>planowanym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terminem rozpoczęcia Wyjazdu.</w:t>
      </w:r>
    </w:p>
    <w:p w14:paraId="5EF19DF9" w14:textId="77777777" w:rsidR="008951BC" w:rsidRDefault="008951BC">
      <w:pPr>
        <w:spacing w:before="160" w:after="100"/>
        <w:rPr>
          <w:rFonts w:asciiTheme="majorHAnsi" w:hAnsiTheme="majorHAnsi" w:cstheme="majorHAnsi"/>
          <w:b/>
          <w:sz w:val="24"/>
          <w:szCs w:val="24"/>
        </w:rPr>
      </w:pPr>
    </w:p>
    <w:p w14:paraId="05533B70" w14:textId="61AA57A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lastRenderedPageBreak/>
        <w:t xml:space="preserve">§ 8. Dane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osobowe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i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wizerunek</w:t>
      </w:r>
      <w:proofErr w:type="spellEnd"/>
    </w:p>
    <w:p w14:paraId="651BF5A7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Dane </w:t>
      </w:r>
      <w:proofErr w:type="spellStart"/>
      <w:r w:rsidRPr="009F513B">
        <w:rPr>
          <w:rFonts w:asciiTheme="majorHAnsi" w:hAnsiTheme="majorHAnsi" w:cstheme="majorHAnsi"/>
          <w:sz w:val="22"/>
        </w:rPr>
        <w:t>osobowe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uczestników będą </w:t>
      </w:r>
      <w:proofErr w:type="spellStart"/>
      <w:r w:rsidRPr="009F513B">
        <w:rPr>
          <w:rFonts w:asciiTheme="majorHAnsi" w:hAnsiTheme="majorHAnsi" w:cstheme="majorHAnsi"/>
          <w:sz w:val="22"/>
        </w:rPr>
        <w:t>przetwarzane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przez </w:t>
      </w:r>
      <w:proofErr w:type="spellStart"/>
      <w:r w:rsidRPr="009F513B">
        <w:rPr>
          <w:rFonts w:asciiTheme="majorHAnsi" w:hAnsiTheme="majorHAnsi" w:cstheme="majorHAnsi"/>
          <w:sz w:val="22"/>
        </w:rPr>
        <w:t>administratora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danych w celu </w:t>
      </w:r>
      <w:proofErr w:type="spellStart"/>
      <w:r w:rsidRPr="009F513B">
        <w:rPr>
          <w:rFonts w:asciiTheme="majorHAnsi" w:hAnsiTheme="majorHAnsi" w:cstheme="majorHAnsi"/>
          <w:sz w:val="22"/>
        </w:rPr>
        <w:t>przeprowadzenia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naboru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organizacji i realizacji Wyjazdu, zgodnie z </w:t>
      </w:r>
      <w:proofErr w:type="spellStart"/>
      <w:r w:rsidRPr="009F513B">
        <w:rPr>
          <w:rFonts w:asciiTheme="majorHAnsi" w:hAnsiTheme="majorHAnsi" w:cstheme="majorHAnsi"/>
          <w:sz w:val="22"/>
        </w:rPr>
        <w:t>obowiązującymi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przepisami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 </w:t>
      </w:r>
      <w:proofErr w:type="spellStart"/>
      <w:r w:rsidRPr="009F513B">
        <w:rPr>
          <w:rFonts w:asciiTheme="majorHAnsi" w:hAnsiTheme="majorHAnsi" w:cstheme="majorHAnsi"/>
          <w:sz w:val="22"/>
        </w:rPr>
        <w:t>ochronie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danych osobowych.</w:t>
      </w:r>
    </w:p>
    <w:p w14:paraId="7CABE9D2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2. </w:t>
      </w:r>
      <w:proofErr w:type="spellStart"/>
      <w:r w:rsidRPr="009F513B">
        <w:rPr>
          <w:rFonts w:asciiTheme="majorHAnsi" w:hAnsiTheme="majorHAnsi" w:cstheme="majorHAnsi"/>
          <w:sz w:val="22"/>
        </w:rPr>
        <w:t>Szczegółowe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informacje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dotyczące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przetwarzania danych osobowych </w:t>
      </w:r>
      <w:proofErr w:type="spellStart"/>
      <w:r w:rsidRPr="009F513B">
        <w:rPr>
          <w:rFonts w:asciiTheme="majorHAnsi" w:hAnsiTheme="majorHAnsi" w:cstheme="majorHAnsi"/>
          <w:sz w:val="22"/>
        </w:rPr>
        <w:t>zawierają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klauzule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informacyjne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RODO </w:t>
      </w:r>
      <w:proofErr w:type="spellStart"/>
      <w:r w:rsidRPr="009F513B">
        <w:rPr>
          <w:rFonts w:asciiTheme="majorHAnsi" w:hAnsiTheme="majorHAnsi" w:cstheme="majorHAnsi"/>
          <w:sz w:val="22"/>
        </w:rPr>
        <w:t>stanowiące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załącznik nr 2 </w:t>
      </w:r>
      <w:proofErr w:type="spellStart"/>
      <w:r w:rsidRPr="009F513B">
        <w:rPr>
          <w:rFonts w:asciiTheme="majorHAnsi" w:hAnsiTheme="majorHAnsi" w:cstheme="majorHAnsi"/>
          <w:sz w:val="22"/>
        </w:rPr>
        <w:t>Regulaminu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6A361B8A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</w:t>
      </w:r>
      <w:proofErr w:type="spellStart"/>
      <w:r w:rsidRPr="009F513B">
        <w:rPr>
          <w:rFonts w:asciiTheme="majorHAnsi" w:hAnsiTheme="majorHAnsi" w:cstheme="majorHAnsi"/>
          <w:sz w:val="22"/>
        </w:rPr>
        <w:t>Zasady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dotyczące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utrwalania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9F513B">
        <w:rPr>
          <w:rFonts w:asciiTheme="majorHAnsi" w:hAnsiTheme="majorHAnsi" w:cstheme="majorHAnsi"/>
          <w:sz w:val="22"/>
        </w:rPr>
        <w:t>rozpowszechniania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wizerunku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uczestników w związku z realizacją Wyjazdu określa </w:t>
      </w:r>
      <w:proofErr w:type="spellStart"/>
      <w:r w:rsidRPr="009F513B">
        <w:rPr>
          <w:rFonts w:asciiTheme="majorHAnsi" w:hAnsiTheme="majorHAnsi" w:cstheme="majorHAnsi"/>
          <w:sz w:val="22"/>
        </w:rPr>
        <w:t>Oświadczenie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dotyczące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utrwalania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wykorzystania i </w:t>
      </w:r>
      <w:proofErr w:type="spellStart"/>
      <w:r w:rsidRPr="009F513B">
        <w:rPr>
          <w:rFonts w:asciiTheme="majorHAnsi" w:hAnsiTheme="majorHAnsi" w:cstheme="majorHAnsi"/>
          <w:sz w:val="22"/>
        </w:rPr>
        <w:t>rozpowszechniania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wizerunku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stanowiące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załącznik nr 3 do </w:t>
      </w:r>
      <w:proofErr w:type="spellStart"/>
      <w:r w:rsidRPr="009F513B">
        <w:rPr>
          <w:rFonts w:asciiTheme="majorHAnsi" w:hAnsiTheme="majorHAnsi" w:cstheme="majorHAnsi"/>
          <w:sz w:val="22"/>
        </w:rPr>
        <w:t>Regulaminu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38CB7FE2" w14:textId="77777777" w:rsidR="001C31E7" w:rsidRPr="009F513B" w:rsidRDefault="001517F8">
      <w:pPr>
        <w:spacing w:before="160" w:after="100"/>
        <w:rPr>
          <w:rFonts w:asciiTheme="majorHAnsi" w:hAnsiTheme="majorHAnsi" w:cstheme="majorHAnsi"/>
          <w:sz w:val="24"/>
          <w:szCs w:val="24"/>
        </w:rPr>
      </w:pPr>
      <w:r w:rsidRPr="009F513B">
        <w:rPr>
          <w:rFonts w:asciiTheme="majorHAnsi" w:hAnsiTheme="majorHAnsi" w:cstheme="majorHAnsi"/>
          <w:b/>
          <w:sz w:val="24"/>
          <w:szCs w:val="24"/>
        </w:rPr>
        <w:t xml:space="preserve">§ 9.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Postanowienia</w:t>
      </w:r>
      <w:proofErr w:type="spellEnd"/>
      <w:r w:rsidRPr="009F51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sz w:val="24"/>
          <w:szCs w:val="24"/>
        </w:rPr>
        <w:t>końcowe</w:t>
      </w:r>
      <w:proofErr w:type="spellEnd"/>
    </w:p>
    <w:p w14:paraId="71F5D984" w14:textId="794C3F2A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1. </w:t>
      </w:r>
      <w:proofErr w:type="spellStart"/>
      <w:r w:rsidRPr="009F513B">
        <w:rPr>
          <w:rFonts w:asciiTheme="majorHAnsi" w:hAnsiTheme="majorHAnsi" w:cstheme="majorHAnsi"/>
          <w:sz w:val="22"/>
        </w:rPr>
        <w:t>Przesłanie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podpisanego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formularza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zgłoszeniowego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zawierającego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oświadczenie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 </w:t>
      </w:r>
      <w:proofErr w:type="spellStart"/>
      <w:r w:rsidRPr="009F513B">
        <w:rPr>
          <w:rFonts w:asciiTheme="majorHAnsi" w:hAnsiTheme="majorHAnsi" w:cstheme="majorHAnsi"/>
          <w:sz w:val="22"/>
        </w:rPr>
        <w:t>zapoznaniu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się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z </w:t>
      </w:r>
      <w:proofErr w:type="spellStart"/>
      <w:r w:rsidRPr="009F513B">
        <w:rPr>
          <w:rFonts w:asciiTheme="majorHAnsi" w:hAnsiTheme="majorHAnsi" w:cstheme="majorHAnsi"/>
          <w:sz w:val="22"/>
        </w:rPr>
        <w:t>Regulaminem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i akceptacji jego postanowień jest </w:t>
      </w:r>
      <w:proofErr w:type="spellStart"/>
      <w:r w:rsidRPr="009F513B">
        <w:rPr>
          <w:rFonts w:asciiTheme="majorHAnsi" w:hAnsiTheme="majorHAnsi" w:cstheme="majorHAnsi"/>
          <w:sz w:val="22"/>
        </w:rPr>
        <w:t>równoznaczne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9F513B">
        <w:rPr>
          <w:rFonts w:asciiTheme="majorHAnsi" w:hAnsiTheme="majorHAnsi" w:cstheme="majorHAnsi"/>
          <w:sz w:val="22"/>
        </w:rPr>
        <w:t>potwierdzeniem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przez </w:t>
      </w:r>
      <w:proofErr w:type="spellStart"/>
      <w:r w:rsidRPr="009F513B">
        <w:rPr>
          <w:rFonts w:asciiTheme="majorHAnsi" w:hAnsiTheme="majorHAnsi" w:cstheme="majorHAnsi"/>
          <w:sz w:val="22"/>
        </w:rPr>
        <w:t>kandydata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chęci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 oraz </w:t>
      </w:r>
      <w:proofErr w:type="spellStart"/>
      <w:r w:rsidRPr="009F513B">
        <w:rPr>
          <w:rFonts w:asciiTheme="majorHAnsi" w:hAnsiTheme="majorHAnsi" w:cstheme="majorHAnsi"/>
          <w:sz w:val="22"/>
        </w:rPr>
        <w:t>akceptacją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postanowień </w:t>
      </w:r>
      <w:proofErr w:type="spellStart"/>
      <w:r w:rsidRPr="009F513B">
        <w:rPr>
          <w:rFonts w:asciiTheme="majorHAnsi" w:hAnsiTheme="majorHAnsi" w:cstheme="majorHAnsi"/>
          <w:sz w:val="22"/>
        </w:rPr>
        <w:t>niniejszego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Regulaminu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7FA683AD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2. </w:t>
      </w:r>
      <w:proofErr w:type="spellStart"/>
      <w:r w:rsidRPr="009F513B">
        <w:rPr>
          <w:rFonts w:asciiTheme="majorHAnsi" w:hAnsiTheme="majorHAnsi" w:cstheme="majorHAnsi"/>
          <w:sz w:val="22"/>
        </w:rPr>
        <w:t>Uczestnik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składając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formularz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zgłoszeniowy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9F513B">
        <w:rPr>
          <w:rFonts w:asciiTheme="majorHAnsi" w:hAnsiTheme="majorHAnsi" w:cstheme="majorHAnsi"/>
          <w:sz w:val="22"/>
        </w:rPr>
        <w:t>potwierdza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, że </w:t>
      </w:r>
      <w:proofErr w:type="spellStart"/>
      <w:r w:rsidRPr="009F513B">
        <w:rPr>
          <w:rFonts w:asciiTheme="majorHAnsi" w:hAnsiTheme="majorHAnsi" w:cstheme="majorHAnsi"/>
          <w:sz w:val="22"/>
        </w:rPr>
        <w:t>spełnia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wszystkie </w:t>
      </w:r>
      <w:proofErr w:type="spellStart"/>
      <w:r w:rsidRPr="009F513B">
        <w:rPr>
          <w:rFonts w:asciiTheme="majorHAnsi" w:hAnsiTheme="majorHAnsi" w:cstheme="majorHAnsi"/>
          <w:sz w:val="22"/>
        </w:rPr>
        <w:t>warunki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uprawniające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go do </w:t>
      </w:r>
      <w:proofErr w:type="spellStart"/>
      <w:r w:rsidRPr="009F513B">
        <w:rPr>
          <w:rFonts w:asciiTheme="majorHAnsi" w:hAnsiTheme="majorHAnsi" w:cstheme="majorHAnsi"/>
          <w:sz w:val="22"/>
        </w:rPr>
        <w:t>udziału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Wyjeździe oraz zobowiązuje się do przestrzegania postanowień </w:t>
      </w:r>
      <w:proofErr w:type="spellStart"/>
      <w:r w:rsidRPr="009F513B">
        <w:rPr>
          <w:rFonts w:asciiTheme="majorHAnsi" w:hAnsiTheme="majorHAnsi" w:cstheme="majorHAnsi"/>
          <w:sz w:val="22"/>
        </w:rPr>
        <w:t>niniejszego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Regulaminu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32168540" w14:textId="7D201E92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3. W sprawach organizacyjnych i nieuregulowanych w </w:t>
      </w:r>
      <w:proofErr w:type="spellStart"/>
      <w:r w:rsidRPr="009F513B">
        <w:rPr>
          <w:rFonts w:asciiTheme="majorHAnsi" w:hAnsiTheme="majorHAnsi" w:cstheme="majorHAnsi"/>
          <w:sz w:val="22"/>
        </w:rPr>
        <w:t>niniejszym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Regulaminie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decyzje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podejmuje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Organizator, </w:t>
      </w:r>
      <w:r w:rsidR="00631219">
        <w:rPr>
          <w:rFonts w:asciiTheme="majorHAnsi" w:hAnsiTheme="majorHAnsi" w:cstheme="majorHAnsi"/>
          <w:sz w:val="22"/>
        </w:rPr>
        <w:br/>
      </w:r>
      <w:r w:rsidRPr="009F513B">
        <w:rPr>
          <w:rFonts w:asciiTheme="majorHAnsi" w:hAnsiTheme="majorHAnsi" w:cstheme="majorHAnsi"/>
          <w:sz w:val="22"/>
        </w:rPr>
        <w:t xml:space="preserve">z uwzględnieniem </w:t>
      </w:r>
      <w:proofErr w:type="spellStart"/>
      <w:r w:rsidRPr="009F513B">
        <w:rPr>
          <w:rFonts w:asciiTheme="majorHAnsi" w:hAnsiTheme="majorHAnsi" w:cstheme="majorHAnsi"/>
          <w:sz w:val="22"/>
        </w:rPr>
        <w:t>obowiązujących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przepisów prawa.</w:t>
      </w:r>
    </w:p>
    <w:p w14:paraId="2502B667" w14:textId="77777777" w:rsidR="001C31E7" w:rsidRPr="009F513B" w:rsidRDefault="001517F8" w:rsidP="00392CE4">
      <w:pPr>
        <w:ind w:hanging="312"/>
        <w:jc w:val="both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 xml:space="preserve">4. </w:t>
      </w:r>
      <w:proofErr w:type="spellStart"/>
      <w:r w:rsidRPr="009F513B">
        <w:rPr>
          <w:rFonts w:asciiTheme="majorHAnsi" w:hAnsiTheme="majorHAnsi" w:cstheme="majorHAnsi"/>
          <w:sz w:val="22"/>
        </w:rPr>
        <w:t>Regulamin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sz w:val="22"/>
        </w:rPr>
        <w:t>wchodzi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9F513B">
        <w:rPr>
          <w:rFonts w:asciiTheme="majorHAnsi" w:hAnsiTheme="majorHAnsi" w:cstheme="majorHAnsi"/>
          <w:sz w:val="22"/>
        </w:rPr>
        <w:t>życie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9F513B">
        <w:rPr>
          <w:rFonts w:asciiTheme="majorHAnsi" w:hAnsiTheme="majorHAnsi" w:cstheme="majorHAnsi"/>
          <w:sz w:val="22"/>
        </w:rPr>
        <w:t>dniem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jego </w:t>
      </w:r>
      <w:proofErr w:type="spellStart"/>
      <w:r w:rsidRPr="009F513B">
        <w:rPr>
          <w:rFonts w:asciiTheme="majorHAnsi" w:hAnsiTheme="majorHAnsi" w:cstheme="majorHAnsi"/>
          <w:sz w:val="22"/>
        </w:rPr>
        <w:t>zatwierdzenia</w:t>
      </w:r>
      <w:proofErr w:type="spellEnd"/>
      <w:r w:rsidRPr="009F513B">
        <w:rPr>
          <w:rFonts w:asciiTheme="majorHAnsi" w:hAnsiTheme="majorHAnsi" w:cstheme="majorHAnsi"/>
          <w:sz w:val="22"/>
        </w:rPr>
        <w:t xml:space="preserve"> przez </w:t>
      </w:r>
      <w:proofErr w:type="spellStart"/>
      <w:r w:rsidRPr="009F513B">
        <w:rPr>
          <w:rFonts w:asciiTheme="majorHAnsi" w:hAnsiTheme="majorHAnsi" w:cstheme="majorHAnsi"/>
          <w:sz w:val="22"/>
        </w:rPr>
        <w:t>Organizatora</w:t>
      </w:r>
      <w:proofErr w:type="spellEnd"/>
      <w:r w:rsidRPr="009F513B">
        <w:rPr>
          <w:rFonts w:asciiTheme="majorHAnsi" w:hAnsiTheme="majorHAnsi" w:cstheme="majorHAnsi"/>
          <w:sz w:val="22"/>
        </w:rPr>
        <w:t>.</w:t>
      </w:r>
    </w:p>
    <w:p w14:paraId="741C5233" w14:textId="77777777" w:rsidR="001C31E7" w:rsidRPr="002E5778" w:rsidRDefault="001517F8">
      <w:pPr>
        <w:spacing w:before="200" w:after="240"/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Oświadczam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, że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zapoznałem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/am się z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treścią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Regulaminu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 wyjazdu studyjnego do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województwa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wielkopolskiego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akceptuję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 jego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postanowienia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 oraz </w:t>
      </w:r>
      <w:proofErr w:type="spellStart"/>
      <w:r w:rsidRPr="002E5778">
        <w:rPr>
          <w:rFonts w:asciiTheme="majorHAnsi" w:hAnsiTheme="majorHAnsi" w:cstheme="majorHAnsi"/>
          <w:b/>
          <w:bCs/>
          <w:sz w:val="24"/>
          <w:szCs w:val="24"/>
        </w:rPr>
        <w:t>zobowiązuję</w:t>
      </w:r>
      <w:proofErr w:type="spellEnd"/>
      <w:r w:rsidRPr="002E5778">
        <w:rPr>
          <w:rFonts w:asciiTheme="majorHAnsi" w:hAnsiTheme="majorHAnsi" w:cstheme="majorHAnsi"/>
          <w:b/>
          <w:bCs/>
          <w:sz w:val="24"/>
          <w:szCs w:val="24"/>
        </w:rPr>
        <w:t xml:space="preserve"> się do ich przestrzegania.</w:t>
      </w:r>
    </w:p>
    <w:p w14:paraId="7E0A6A18" w14:textId="77777777" w:rsidR="002E5778" w:rsidRDefault="002E5778">
      <w:pPr>
        <w:spacing w:after="40"/>
        <w:rPr>
          <w:rFonts w:asciiTheme="majorHAnsi" w:hAnsiTheme="majorHAnsi" w:cstheme="majorHAnsi"/>
          <w:sz w:val="22"/>
        </w:rPr>
      </w:pPr>
    </w:p>
    <w:p w14:paraId="7D8A64FC" w14:textId="1746467A" w:rsidR="001C31E7" w:rsidRPr="009F513B" w:rsidRDefault="001517F8" w:rsidP="002E5778">
      <w:pPr>
        <w:spacing w:after="40"/>
        <w:jc w:val="right"/>
        <w:rPr>
          <w:rFonts w:asciiTheme="majorHAnsi" w:hAnsiTheme="majorHAnsi" w:cstheme="majorHAnsi"/>
          <w:sz w:val="22"/>
        </w:rPr>
      </w:pPr>
      <w:r w:rsidRPr="009F513B">
        <w:rPr>
          <w:rFonts w:asciiTheme="majorHAnsi" w:hAnsiTheme="majorHAnsi" w:cstheme="majorHAnsi"/>
          <w:sz w:val="22"/>
        </w:rPr>
        <w:t>...............................................................</w:t>
      </w:r>
    </w:p>
    <w:p w14:paraId="41511E7E" w14:textId="77777777" w:rsidR="001C31E7" w:rsidRPr="009F513B" w:rsidRDefault="001517F8" w:rsidP="002E5778">
      <w:pPr>
        <w:spacing w:after="40"/>
        <w:jc w:val="right"/>
        <w:rPr>
          <w:rFonts w:asciiTheme="majorHAnsi" w:hAnsiTheme="majorHAnsi" w:cstheme="majorHAnsi"/>
          <w:b/>
          <w:bCs/>
          <w:sz w:val="22"/>
        </w:rPr>
      </w:pPr>
      <w:r w:rsidRPr="009F513B">
        <w:rPr>
          <w:rFonts w:asciiTheme="majorHAnsi" w:hAnsiTheme="majorHAnsi" w:cstheme="majorHAnsi"/>
          <w:b/>
          <w:bCs/>
          <w:sz w:val="22"/>
        </w:rPr>
        <w:t xml:space="preserve">Data i </w:t>
      </w:r>
      <w:proofErr w:type="spellStart"/>
      <w:r w:rsidRPr="009F513B">
        <w:rPr>
          <w:rFonts w:asciiTheme="majorHAnsi" w:hAnsiTheme="majorHAnsi" w:cstheme="majorHAnsi"/>
          <w:b/>
          <w:bCs/>
          <w:sz w:val="22"/>
        </w:rPr>
        <w:t>czytelny</w:t>
      </w:r>
      <w:proofErr w:type="spellEnd"/>
      <w:r w:rsidRPr="009F513B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bCs/>
          <w:sz w:val="22"/>
        </w:rPr>
        <w:t>podpis</w:t>
      </w:r>
      <w:proofErr w:type="spellEnd"/>
      <w:r w:rsidRPr="009F513B">
        <w:rPr>
          <w:rFonts w:asciiTheme="majorHAnsi" w:hAnsiTheme="majorHAnsi" w:cstheme="majorHAnsi"/>
          <w:b/>
          <w:bCs/>
          <w:sz w:val="22"/>
        </w:rPr>
        <w:t xml:space="preserve"> </w:t>
      </w:r>
      <w:proofErr w:type="spellStart"/>
      <w:r w:rsidRPr="009F513B">
        <w:rPr>
          <w:rFonts w:asciiTheme="majorHAnsi" w:hAnsiTheme="majorHAnsi" w:cstheme="majorHAnsi"/>
          <w:b/>
          <w:bCs/>
          <w:sz w:val="22"/>
        </w:rPr>
        <w:t>uczestnika</w:t>
      </w:r>
      <w:proofErr w:type="spellEnd"/>
    </w:p>
    <w:sectPr w:rsidR="001C31E7" w:rsidRPr="009F513B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C7B59" w14:textId="77777777" w:rsidR="00930BD6" w:rsidRDefault="00930BD6" w:rsidP="009F513B">
      <w:pPr>
        <w:spacing w:after="0"/>
      </w:pPr>
      <w:r>
        <w:separator/>
      </w:r>
    </w:p>
  </w:endnote>
  <w:endnote w:type="continuationSeparator" w:id="0">
    <w:p w14:paraId="2B63CCFD" w14:textId="77777777" w:rsidR="00930BD6" w:rsidRDefault="00930BD6" w:rsidP="009F51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225F7" w14:textId="77777777" w:rsidR="00930BD6" w:rsidRDefault="00930BD6" w:rsidP="009F513B">
      <w:pPr>
        <w:spacing w:after="0"/>
      </w:pPr>
      <w:r>
        <w:separator/>
      </w:r>
    </w:p>
  </w:footnote>
  <w:footnote w:type="continuationSeparator" w:id="0">
    <w:p w14:paraId="4A7FC450" w14:textId="77777777" w:rsidR="00930BD6" w:rsidRDefault="00930BD6" w:rsidP="009F51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2042140">
    <w:abstractNumId w:val="8"/>
  </w:num>
  <w:num w:numId="2" w16cid:durableId="1446851990">
    <w:abstractNumId w:val="6"/>
  </w:num>
  <w:num w:numId="3" w16cid:durableId="455411554">
    <w:abstractNumId w:val="5"/>
  </w:num>
  <w:num w:numId="4" w16cid:durableId="526141179">
    <w:abstractNumId w:val="4"/>
  </w:num>
  <w:num w:numId="5" w16cid:durableId="1919635816">
    <w:abstractNumId w:val="7"/>
  </w:num>
  <w:num w:numId="6" w16cid:durableId="1243416020">
    <w:abstractNumId w:val="3"/>
  </w:num>
  <w:num w:numId="7" w16cid:durableId="933780183">
    <w:abstractNumId w:val="2"/>
  </w:num>
  <w:num w:numId="8" w16cid:durableId="1685205747">
    <w:abstractNumId w:val="1"/>
  </w:num>
  <w:num w:numId="9" w16cid:durableId="73377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940"/>
    <w:rsid w:val="0015074B"/>
    <w:rsid w:val="001517F8"/>
    <w:rsid w:val="001C31E7"/>
    <w:rsid w:val="00256761"/>
    <w:rsid w:val="0029639D"/>
    <w:rsid w:val="002E5778"/>
    <w:rsid w:val="00326F90"/>
    <w:rsid w:val="00392CE4"/>
    <w:rsid w:val="004926C6"/>
    <w:rsid w:val="005258B3"/>
    <w:rsid w:val="00573A71"/>
    <w:rsid w:val="00631219"/>
    <w:rsid w:val="0066197E"/>
    <w:rsid w:val="00744632"/>
    <w:rsid w:val="0078296C"/>
    <w:rsid w:val="007B76FD"/>
    <w:rsid w:val="008951BC"/>
    <w:rsid w:val="008C60E3"/>
    <w:rsid w:val="00927D20"/>
    <w:rsid w:val="00930BD6"/>
    <w:rsid w:val="009F513B"/>
    <w:rsid w:val="00AA1D8D"/>
    <w:rsid w:val="00B25324"/>
    <w:rsid w:val="00B47730"/>
    <w:rsid w:val="00B616EE"/>
    <w:rsid w:val="00CB0664"/>
    <w:rsid w:val="00CD75EF"/>
    <w:rsid w:val="00F379A1"/>
    <w:rsid w:val="00FA17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C2ACD"/>
  <w14:defaultImageDpi w14:val="300"/>
  <w15:docId w15:val="{285D3929-645A-DC4B-B52C-7A949F3C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D75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75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75EF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75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75E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1509</Words>
  <Characters>9055</Characters>
  <Application>Microsoft Office Word</Application>
  <DocSecurity>0</DocSecurity>
  <Lines>75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UMWD UMWD</cp:lastModifiedBy>
  <cp:revision>3</cp:revision>
  <dcterms:created xsi:type="dcterms:W3CDTF">2026-09-15T20:56:00Z</dcterms:created>
  <dcterms:modified xsi:type="dcterms:W3CDTF">2026-09-15T21:44:00Z</dcterms:modified>
  <cp:category/>
</cp:coreProperties>
</file>