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0FC10" w14:textId="77777777" w:rsidR="000653D5" w:rsidRDefault="000653D5" w:rsidP="000653D5">
      <w:pPr>
        <w:spacing w:after="60" w:line="240" w:lineRule="auto"/>
        <w:jc w:val="right"/>
        <w:rPr>
          <w:rFonts w:asciiTheme="majorHAnsi" w:hAnsiTheme="majorHAnsi" w:cstheme="majorHAnsi"/>
          <w:sz w:val="20"/>
          <w:szCs w:val="20"/>
        </w:rPr>
      </w:pPr>
    </w:p>
    <w:p w14:paraId="371976CE" w14:textId="77777777" w:rsidR="000653D5" w:rsidRDefault="000653D5" w:rsidP="000653D5">
      <w:pPr>
        <w:spacing w:after="60" w:line="240" w:lineRule="auto"/>
        <w:jc w:val="right"/>
        <w:rPr>
          <w:rFonts w:asciiTheme="majorHAnsi" w:hAnsiTheme="majorHAnsi" w:cstheme="majorHAnsi"/>
          <w:sz w:val="20"/>
          <w:szCs w:val="20"/>
        </w:rPr>
      </w:pPr>
    </w:p>
    <w:p w14:paraId="25023B14" w14:textId="7705DDC3" w:rsidR="00BD0113" w:rsidRPr="000653D5" w:rsidRDefault="005464AB" w:rsidP="000653D5">
      <w:pPr>
        <w:spacing w:after="60" w:line="240" w:lineRule="auto"/>
        <w:jc w:val="right"/>
        <w:rPr>
          <w:rFonts w:asciiTheme="majorHAnsi" w:hAnsiTheme="majorHAnsi" w:cstheme="majorHAnsi"/>
          <w:sz w:val="20"/>
          <w:szCs w:val="20"/>
        </w:rPr>
      </w:pPr>
      <w:r w:rsidRPr="000653D5">
        <w:rPr>
          <w:rFonts w:asciiTheme="majorHAnsi" w:hAnsiTheme="majorHAnsi" w:cstheme="majorHAnsi"/>
          <w:sz w:val="20"/>
          <w:szCs w:val="20"/>
        </w:rPr>
        <w:t>Załącznik nr 3 do Regulaminu</w:t>
      </w:r>
    </w:p>
    <w:p w14:paraId="356A9180" w14:textId="77777777" w:rsidR="000653D5" w:rsidRDefault="000653D5">
      <w:pPr>
        <w:spacing w:after="12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61A12DF4" w14:textId="52E850A4" w:rsidR="00BD0113" w:rsidRDefault="005464AB">
      <w:pPr>
        <w:spacing w:after="12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0653D5">
        <w:rPr>
          <w:rFonts w:asciiTheme="majorHAnsi" w:hAnsiTheme="majorHAnsi" w:cstheme="majorHAnsi"/>
          <w:b/>
          <w:sz w:val="24"/>
          <w:szCs w:val="24"/>
        </w:rPr>
        <w:t>Oświadczenie dotyczące utrwalania, wykorzystania</w:t>
      </w:r>
      <w:r w:rsidRPr="000653D5">
        <w:rPr>
          <w:rFonts w:asciiTheme="majorHAnsi" w:hAnsiTheme="majorHAnsi" w:cstheme="majorHAnsi"/>
          <w:b/>
          <w:sz w:val="24"/>
          <w:szCs w:val="24"/>
        </w:rPr>
        <w:br/>
        <w:t>i rozpowszechniania wizerunku</w:t>
      </w:r>
    </w:p>
    <w:p w14:paraId="0094DF96" w14:textId="77777777" w:rsidR="000653D5" w:rsidRPr="000653D5" w:rsidRDefault="000653D5">
      <w:pPr>
        <w:spacing w:after="12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7F6CD29D" w14:textId="77777777" w:rsidR="00BD0113" w:rsidRPr="000653D5" w:rsidRDefault="005464AB" w:rsidP="000653D5">
      <w:pPr>
        <w:spacing w:after="60" w:line="240" w:lineRule="auto"/>
        <w:jc w:val="both"/>
        <w:rPr>
          <w:rFonts w:asciiTheme="majorHAnsi" w:hAnsiTheme="majorHAnsi" w:cstheme="majorHAnsi"/>
          <w:sz w:val="22"/>
        </w:rPr>
      </w:pPr>
      <w:r w:rsidRPr="000653D5">
        <w:rPr>
          <w:rFonts w:asciiTheme="majorHAnsi" w:hAnsiTheme="majorHAnsi" w:cstheme="majorHAnsi"/>
          <w:sz w:val="22"/>
        </w:rPr>
        <w:t>W związku z moim udziałem w wyjeździe studyjnym do województwa wielkopolskiego, organizowanym w dniach 12–14 października 2026 r., oświadczam, że:</w:t>
      </w:r>
    </w:p>
    <w:p w14:paraId="0CD8BD3C" w14:textId="77777777" w:rsidR="00BD0113" w:rsidRDefault="005464AB" w:rsidP="000653D5">
      <w:pPr>
        <w:spacing w:after="60" w:line="240" w:lineRule="auto"/>
        <w:jc w:val="both"/>
        <w:rPr>
          <w:rFonts w:asciiTheme="majorHAnsi" w:hAnsiTheme="majorHAnsi" w:cstheme="majorHAnsi"/>
          <w:b/>
          <w:bCs/>
          <w:sz w:val="22"/>
        </w:rPr>
      </w:pPr>
      <w:r w:rsidRPr="000653D5">
        <w:rPr>
          <w:rFonts w:ascii="Segoe UI Symbol" w:hAnsi="Segoe UI Symbol" w:cs="Segoe UI Symbol"/>
          <w:b/>
          <w:bCs/>
          <w:sz w:val="22"/>
        </w:rPr>
        <w:t>☐</w:t>
      </w:r>
      <w:r w:rsidRPr="000653D5">
        <w:rPr>
          <w:rFonts w:asciiTheme="majorHAnsi" w:hAnsiTheme="majorHAnsi" w:cstheme="majorHAnsi"/>
          <w:b/>
          <w:bCs/>
          <w:sz w:val="22"/>
        </w:rPr>
        <w:t xml:space="preserve"> Wyrażam zgodę na nieodpłatne utrwalanie, wykorzystanie i rozpowszechnianie mojego wizerunku przez Marszałka Województwa Dolnośląskiego, </w:t>
      </w:r>
      <w:r w:rsidRPr="000653D5">
        <w:rPr>
          <w:rFonts w:asciiTheme="majorHAnsi" w:hAnsiTheme="majorHAnsi" w:cstheme="majorHAnsi"/>
          <w:sz w:val="22"/>
        </w:rPr>
        <w:t>w związku z realizacją Wyjazdu.</w:t>
      </w:r>
    </w:p>
    <w:p w14:paraId="6FFC36F1" w14:textId="77777777" w:rsidR="000653D5" w:rsidRPr="000653D5" w:rsidRDefault="000653D5" w:rsidP="000653D5">
      <w:pPr>
        <w:spacing w:after="60" w:line="240" w:lineRule="auto"/>
        <w:jc w:val="both"/>
        <w:rPr>
          <w:rFonts w:asciiTheme="majorHAnsi" w:hAnsiTheme="majorHAnsi" w:cstheme="majorHAnsi"/>
          <w:b/>
          <w:bCs/>
          <w:sz w:val="22"/>
        </w:rPr>
      </w:pPr>
    </w:p>
    <w:p w14:paraId="71E0655C" w14:textId="77777777" w:rsidR="00BD0113" w:rsidRPr="000653D5" w:rsidRDefault="005464AB" w:rsidP="000653D5">
      <w:pPr>
        <w:spacing w:after="60" w:line="240" w:lineRule="auto"/>
        <w:jc w:val="both"/>
        <w:rPr>
          <w:rFonts w:asciiTheme="majorHAnsi" w:hAnsiTheme="majorHAnsi" w:cstheme="majorHAnsi"/>
          <w:b/>
          <w:bCs/>
          <w:sz w:val="22"/>
        </w:rPr>
      </w:pPr>
      <w:r w:rsidRPr="000653D5">
        <w:rPr>
          <w:rFonts w:ascii="Segoe UI Symbol" w:hAnsi="Segoe UI Symbol" w:cs="Segoe UI Symbol"/>
          <w:b/>
          <w:bCs/>
          <w:sz w:val="22"/>
        </w:rPr>
        <w:t>☐</w:t>
      </w:r>
      <w:r w:rsidRPr="000653D5">
        <w:rPr>
          <w:rFonts w:asciiTheme="majorHAnsi" w:hAnsiTheme="majorHAnsi" w:cstheme="majorHAnsi"/>
          <w:b/>
          <w:bCs/>
          <w:sz w:val="22"/>
        </w:rPr>
        <w:t xml:space="preserve"> Nie wyrażam zgody na utrwalanie, wykorzystanie i rozpowszechnianie mojego wizerunku.</w:t>
      </w:r>
    </w:p>
    <w:p w14:paraId="489D6DF6" w14:textId="77777777" w:rsidR="00BD0113" w:rsidRDefault="005464AB" w:rsidP="000653D5">
      <w:pPr>
        <w:spacing w:after="60" w:line="240" w:lineRule="auto"/>
        <w:jc w:val="both"/>
        <w:rPr>
          <w:rFonts w:asciiTheme="majorHAnsi" w:hAnsiTheme="majorHAnsi" w:cstheme="majorHAnsi"/>
          <w:sz w:val="22"/>
        </w:rPr>
      </w:pPr>
      <w:r w:rsidRPr="000653D5">
        <w:rPr>
          <w:rFonts w:asciiTheme="majorHAnsi" w:hAnsiTheme="majorHAnsi" w:cstheme="majorHAnsi"/>
          <w:sz w:val="22"/>
        </w:rPr>
        <w:t>Brak zgody na utrwalanie, wykorzystanie i rozpowszechnianie wizerunku nie wpływa na możliwość udziału w Wyjeździe.</w:t>
      </w:r>
    </w:p>
    <w:p w14:paraId="31282D61" w14:textId="77777777" w:rsidR="000653D5" w:rsidRPr="000653D5" w:rsidRDefault="000653D5" w:rsidP="000653D5">
      <w:pPr>
        <w:spacing w:after="60" w:line="240" w:lineRule="auto"/>
        <w:jc w:val="both"/>
        <w:rPr>
          <w:rFonts w:asciiTheme="majorHAnsi" w:hAnsiTheme="majorHAnsi" w:cstheme="majorHAnsi"/>
          <w:sz w:val="22"/>
        </w:rPr>
      </w:pPr>
    </w:p>
    <w:p w14:paraId="5A9053A7" w14:textId="77777777" w:rsidR="00BD0113" w:rsidRPr="000653D5" w:rsidRDefault="005464AB">
      <w:pPr>
        <w:spacing w:after="60" w:line="240" w:lineRule="auto"/>
        <w:rPr>
          <w:rFonts w:asciiTheme="majorHAnsi" w:hAnsiTheme="majorHAnsi" w:cstheme="majorHAnsi"/>
          <w:sz w:val="22"/>
        </w:rPr>
      </w:pPr>
      <w:r w:rsidRPr="000653D5">
        <w:rPr>
          <w:rFonts w:asciiTheme="majorHAnsi" w:hAnsiTheme="majorHAnsi" w:cstheme="majorHAnsi"/>
          <w:b/>
          <w:sz w:val="22"/>
        </w:rPr>
        <w:t>1. Zakres zgody</w:t>
      </w:r>
    </w:p>
    <w:p w14:paraId="6DE60CF9" w14:textId="77777777" w:rsidR="00BD0113" w:rsidRPr="000653D5" w:rsidRDefault="005464AB" w:rsidP="000653D5">
      <w:pPr>
        <w:spacing w:after="60" w:line="240" w:lineRule="auto"/>
        <w:jc w:val="both"/>
        <w:rPr>
          <w:rFonts w:asciiTheme="majorHAnsi" w:hAnsiTheme="majorHAnsi" w:cstheme="majorHAnsi"/>
          <w:sz w:val="22"/>
        </w:rPr>
      </w:pPr>
      <w:r w:rsidRPr="000653D5">
        <w:rPr>
          <w:rFonts w:asciiTheme="majorHAnsi" w:hAnsiTheme="majorHAnsi" w:cstheme="majorHAnsi"/>
          <w:sz w:val="22"/>
        </w:rPr>
        <w:t>1. Zgoda obejmuje utrwalanie mojego wizerunku w postaci fotografii oraz materiałów audiowizualnych wykonywanych przez Marszałka Województwa Dolnośląskiego, jego przedstawicieli lub podmioty działające na jego zlecenie, w związku z realizacją Wyjazdu.</w:t>
      </w:r>
    </w:p>
    <w:p w14:paraId="2D8CAE76" w14:textId="77777777" w:rsidR="00BD0113" w:rsidRDefault="005464AB" w:rsidP="000653D5">
      <w:pPr>
        <w:spacing w:after="60" w:line="240" w:lineRule="auto"/>
        <w:jc w:val="both"/>
        <w:rPr>
          <w:rFonts w:asciiTheme="majorHAnsi" w:hAnsiTheme="majorHAnsi" w:cstheme="majorHAnsi"/>
          <w:sz w:val="22"/>
        </w:rPr>
      </w:pPr>
      <w:r w:rsidRPr="000653D5">
        <w:rPr>
          <w:rFonts w:asciiTheme="majorHAnsi" w:hAnsiTheme="majorHAnsi" w:cstheme="majorHAnsi"/>
          <w:sz w:val="22"/>
        </w:rPr>
        <w:t>2. Materiały zawierające mój wizerunek mogą być poddawane niezbędnej obróbce technicznej, w szczególności kadrowaniu, korekcie kolorystycznej, zmianie formatu lub dostosowaniu do wymogów technicznych danego nośnika, o ile nie prowadzi to do naruszenia mojego wizerunku, godności lub dobrego imienia.</w:t>
      </w:r>
    </w:p>
    <w:p w14:paraId="572BD773" w14:textId="77777777" w:rsidR="000653D5" w:rsidRPr="000653D5" w:rsidRDefault="000653D5" w:rsidP="000653D5">
      <w:pPr>
        <w:spacing w:after="60" w:line="240" w:lineRule="auto"/>
        <w:jc w:val="both"/>
        <w:rPr>
          <w:rFonts w:asciiTheme="majorHAnsi" w:hAnsiTheme="majorHAnsi" w:cstheme="majorHAnsi"/>
          <w:sz w:val="22"/>
        </w:rPr>
      </w:pPr>
    </w:p>
    <w:p w14:paraId="090D9E0B" w14:textId="77777777" w:rsidR="00BD0113" w:rsidRPr="000653D5" w:rsidRDefault="005464AB">
      <w:pPr>
        <w:spacing w:after="60" w:line="240" w:lineRule="auto"/>
        <w:rPr>
          <w:rFonts w:asciiTheme="majorHAnsi" w:hAnsiTheme="majorHAnsi" w:cstheme="majorHAnsi"/>
          <w:sz w:val="22"/>
        </w:rPr>
      </w:pPr>
      <w:r w:rsidRPr="000653D5">
        <w:rPr>
          <w:rFonts w:asciiTheme="majorHAnsi" w:hAnsiTheme="majorHAnsi" w:cstheme="majorHAnsi"/>
          <w:b/>
          <w:sz w:val="22"/>
        </w:rPr>
        <w:t>2. Cel wykorzystania wizerunku</w:t>
      </w:r>
    </w:p>
    <w:p w14:paraId="6A74AFCF" w14:textId="77777777" w:rsidR="00BD0113" w:rsidRPr="000653D5" w:rsidRDefault="005464AB" w:rsidP="000653D5">
      <w:pPr>
        <w:spacing w:after="60" w:line="240" w:lineRule="auto"/>
        <w:jc w:val="both"/>
        <w:rPr>
          <w:rFonts w:asciiTheme="majorHAnsi" w:hAnsiTheme="majorHAnsi" w:cstheme="majorHAnsi"/>
          <w:sz w:val="22"/>
        </w:rPr>
      </w:pPr>
      <w:r w:rsidRPr="000653D5">
        <w:rPr>
          <w:rFonts w:asciiTheme="majorHAnsi" w:hAnsiTheme="majorHAnsi" w:cstheme="majorHAnsi"/>
          <w:sz w:val="22"/>
        </w:rPr>
        <w:t>Wizerunek będzie wykorzystywany wyłącznie w celu:</w:t>
      </w:r>
    </w:p>
    <w:p w14:paraId="198991A9" w14:textId="77777777" w:rsidR="00BD0113" w:rsidRPr="000653D5" w:rsidRDefault="005464AB" w:rsidP="000653D5">
      <w:pPr>
        <w:spacing w:after="60" w:line="240" w:lineRule="auto"/>
        <w:jc w:val="both"/>
        <w:rPr>
          <w:rFonts w:asciiTheme="majorHAnsi" w:hAnsiTheme="majorHAnsi" w:cstheme="majorHAnsi"/>
          <w:sz w:val="22"/>
        </w:rPr>
      </w:pPr>
      <w:r w:rsidRPr="000653D5">
        <w:rPr>
          <w:rFonts w:asciiTheme="majorHAnsi" w:hAnsiTheme="majorHAnsi" w:cstheme="majorHAnsi"/>
          <w:sz w:val="22"/>
        </w:rPr>
        <w:t>1. dokumentowania realizacji wyjazdu studyjnego do województwa wielkopolskiego;</w:t>
      </w:r>
    </w:p>
    <w:p w14:paraId="4DA5C4BB" w14:textId="77777777" w:rsidR="00BD0113" w:rsidRPr="000653D5" w:rsidRDefault="005464AB" w:rsidP="000653D5">
      <w:pPr>
        <w:spacing w:after="60" w:line="240" w:lineRule="auto"/>
        <w:jc w:val="both"/>
        <w:rPr>
          <w:rFonts w:asciiTheme="majorHAnsi" w:hAnsiTheme="majorHAnsi" w:cstheme="majorHAnsi"/>
          <w:sz w:val="22"/>
        </w:rPr>
      </w:pPr>
      <w:r w:rsidRPr="000653D5">
        <w:rPr>
          <w:rFonts w:asciiTheme="majorHAnsi" w:hAnsiTheme="majorHAnsi" w:cstheme="majorHAnsi"/>
          <w:sz w:val="22"/>
        </w:rPr>
        <w:t>2. informowania o realizacji Wyjazdu;</w:t>
      </w:r>
    </w:p>
    <w:p w14:paraId="6B790695" w14:textId="77777777" w:rsidR="00BD0113" w:rsidRDefault="005464AB" w:rsidP="000653D5">
      <w:pPr>
        <w:spacing w:after="60" w:line="240" w:lineRule="auto"/>
        <w:jc w:val="both"/>
        <w:rPr>
          <w:rFonts w:asciiTheme="majorHAnsi" w:hAnsiTheme="majorHAnsi" w:cstheme="majorHAnsi"/>
          <w:sz w:val="22"/>
        </w:rPr>
      </w:pPr>
      <w:r w:rsidRPr="000653D5">
        <w:rPr>
          <w:rFonts w:asciiTheme="majorHAnsi" w:hAnsiTheme="majorHAnsi" w:cstheme="majorHAnsi"/>
          <w:sz w:val="22"/>
        </w:rPr>
        <w:t>3. promocji i upowszechniania rezultatów Wyjazdu oraz działań związanych z realizacją Wyjazdu.</w:t>
      </w:r>
    </w:p>
    <w:p w14:paraId="24682E4C" w14:textId="77777777" w:rsidR="000653D5" w:rsidRPr="000653D5" w:rsidRDefault="000653D5" w:rsidP="000653D5">
      <w:pPr>
        <w:spacing w:after="60" w:line="240" w:lineRule="auto"/>
        <w:jc w:val="both"/>
        <w:rPr>
          <w:rFonts w:asciiTheme="majorHAnsi" w:hAnsiTheme="majorHAnsi" w:cstheme="majorHAnsi"/>
          <w:sz w:val="22"/>
        </w:rPr>
      </w:pPr>
    </w:p>
    <w:p w14:paraId="1CFE7B5E" w14:textId="77777777" w:rsidR="00BD0113" w:rsidRPr="000653D5" w:rsidRDefault="005464AB">
      <w:pPr>
        <w:spacing w:after="60" w:line="240" w:lineRule="auto"/>
        <w:rPr>
          <w:rFonts w:asciiTheme="majorHAnsi" w:hAnsiTheme="majorHAnsi" w:cstheme="majorHAnsi"/>
          <w:sz w:val="22"/>
        </w:rPr>
      </w:pPr>
      <w:r w:rsidRPr="000653D5">
        <w:rPr>
          <w:rFonts w:asciiTheme="majorHAnsi" w:hAnsiTheme="majorHAnsi" w:cstheme="majorHAnsi"/>
          <w:b/>
          <w:sz w:val="22"/>
        </w:rPr>
        <w:t>3. Sposób publikacji</w:t>
      </w:r>
    </w:p>
    <w:p w14:paraId="69CF7493" w14:textId="77777777" w:rsidR="00BD0113" w:rsidRPr="000653D5" w:rsidRDefault="005464AB" w:rsidP="000653D5">
      <w:pPr>
        <w:spacing w:after="60" w:line="240" w:lineRule="auto"/>
        <w:jc w:val="both"/>
        <w:rPr>
          <w:rFonts w:asciiTheme="majorHAnsi" w:hAnsiTheme="majorHAnsi" w:cstheme="majorHAnsi"/>
          <w:sz w:val="22"/>
        </w:rPr>
      </w:pPr>
      <w:r w:rsidRPr="000653D5">
        <w:rPr>
          <w:rFonts w:asciiTheme="majorHAnsi" w:hAnsiTheme="majorHAnsi" w:cstheme="majorHAnsi"/>
          <w:sz w:val="22"/>
        </w:rPr>
        <w:t>Materiały zawierające mój wizerunek mogą być publikowane:</w:t>
      </w:r>
    </w:p>
    <w:p w14:paraId="56B82AC8" w14:textId="77777777" w:rsidR="00BD0113" w:rsidRPr="000653D5" w:rsidRDefault="005464AB" w:rsidP="000653D5">
      <w:pPr>
        <w:spacing w:after="60" w:line="240" w:lineRule="auto"/>
        <w:jc w:val="both"/>
        <w:rPr>
          <w:rFonts w:asciiTheme="majorHAnsi" w:hAnsiTheme="majorHAnsi" w:cstheme="majorHAnsi"/>
          <w:sz w:val="22"/>
        </w:rPr>
      </w:pPr>
      <w:r w:rsidRPr="000653D5">
        <w:rPr>
          <w:rFonts w:asciiTheme="majorHAnsi" w:hAnsiTheme="majorHAnsi" w:cstheme="majorHAnsi"/>
          <w:sz w:val="22"/>
        </w:rPr>
        <w:t>1. na oficjalnych stronach internetowych Samorządu Województwa Dolnośląskiego;</w:t>
      </w:r>
    </w:p>
    <w:p w14:paraId="724E0C66" w14:textId="77777777" w:rsidR="00BD0113" w:rsidRPr="000653D5" w:rsidRDefault="005464AB" w:rsidP="000653D5">
      <w:pPr>
        <w:spacing w:after="60" w:line="240" w:lineRule="auto"/>
        <w:jc w:val="both"/>
        <w:rPr>
          <w:rFonts w:asciiTheme="majorHAnsi" w:hAnsiTheme="majorHAnsi" w:cstheme="majorHAnsi"/>
          <w:sz w:val="22"/>
        </w:rPr>
      </w:pPr>
      <w:r w:rsidRPr="000653D5">
        <w:rPr>
          <w:rFonts w:asciiTheme="majorHAnsi" w:hAnsiTheme="majorHAnsi" w:cstheme="majorHAnsi"/>
          <w:sz w:val="22"/>
        </w:rPr>
        <w:t>2. na oficjalnych profilach Samorządu Województwa Dolnośląskiego w mediach społecznościowych;</w:t>
      </w:r>
    </w:p>
    <w:p w14:paraId="373EABC7" w14:textId="77777777" w:rsidR="00BD0113" w:rsidRDefault="005464AB" w:rsidP="000653D5">
      <w:pPr>
        <w:spacing w:after="60" w:line="240" w:lineRule="auto"/>
        <w:jc w:val="both"/>
        <w:rPr>
          <w:rFonts w:asciiTheme="majorHAnsi" w:hAnsiTheme="majorHAnsi" w:cstheme="majorHAnsi"/>
          <w:sz w:val="22"/>
        </w:rPr>
      </w:pPr>
      <w:r w:rsidRPr="000653D5">
        <w:rPr>
          <w:rFonts w:asciiTheme="majorHAnsi" w:hAnsiTheme="majorHAnsi" w:cstheme="majorHAnsi"/>
          <w:sz w:val="22"/>
        </w:rPr>
        <w:t>3. w materiałach drukowanych, elektronicznych i audiowizualnych związanych z dokumentowaniem, informowaniem o realizacji oraz promocją Wyjazdu.</w:t>
      </w:r>
    </w:p>
    <w:p w14:paraId="59F67FE7" w14:textId="77777777" w:rsidR="000653D5" w:rsidRPr="000653D5" w:rsidRDefault="000653D5" w:rsidP="000653D5">
      <w:pPr>
        <w:spacing w:after="60" w:line="240" w:lineRule="auto"/>
        <w:jc w:val="both"/>
        <w:rPr>
          <w:rFonts w:asciiTheme="majorHAnsi" w:hAnsiTheme="majorHAnsi" w:cstheme="majorHAnsi"/>
          <w:sz w:val="22"/>
        </w:rPr>
      </w:pPr>
    </w:p>
    <w:p w14:paraId="0C9DBFA8" w14:textId="77777777" w:rsidR="00837B56" w:rsidRDefault="00837B56">
      <w:pPr>
        <w:spacing w:after="60" w:line="240" w:lineRule="auto"/>
        <w:rPr>
          <w:rFonts w:asciiTheme="majorHAnsi" w:hAnsiTheme="majorHAnsi" w:cstheme="majorHAnsi"/>
          <w:b/>
          <w:sz w:val="22"/>
        </w:rPr>
      </w:pPr>
    </w:p>
    <w:p w14:paraId="77315630" w14:textId="77777777" w:rsidR="00837B56" w:rsidRDefault="00837B56">
      <w:pPr>
        <w:spacing w:after="60" w:line="240" w:lineRule="auto"/>
        <w:rPr>
          <w:rFonts w:asciiTheme="majorHAnsi" w:hAnsiTheme="majorHAnsi" w:cstheme="majorHAnsi"/>
          <w:b/>
          <w:sz w:val="22"/>
        </w:rPr>
      </w:pPr>
    </w:p>
    <w:p w14:paraId="1AB152B6" w14:textId="77777777" w:rsidR="00837B56" w:rsidRDefault="00837B56">
      <w:pPr>
        <w:spacing w:after="60" w:line="240" w:lineRule="auto"/>
        <w:rPr>
          <w:rFonts w:asciiTheme="majorHAnsi" w:hAnsiTheme="majorHAnsi" w:cstheme="majorHAnsi"/>
          <w:b/>
          <w:sz w:val="22"/>
        </w:rPr>
      </w:pPr>
    </w:p>
    <w:p w14:paraId="74DE0A54" w14:textId="77777777" w:rsidR="00837B56" w:rsidRDefault="00837B56">
      <w:pPr>
        <w:spacing w:after="60" w:line="240" w:lineRule="auto"/>
        <w:rPr>
          <w:rFonts w:asciiTheme="majorHAnsi" w:hAnsiTheme="majorHAnsi" w:cstheme="majorHAnsi"/>
          <w:b/>
          <w:sz w:val="22"/>
        </w:rPr>
      </w:pPr>
    </w:p>
    <w:p w14:paraId="7A50BB65" w14:textId="1FBEC6D1" w:rsidR="00BD0113" w:rsidRPr="000653D5" w:rsidRDefault="005464AB">
      <w:pPr>
        <w:spacing w:after="60" w:line="240" w:lineRule="auto"/>
        <w:rPr>
          <w:rFonts w:asciiTheme="majorHAnsi" w:hAnsiTheme="majorHAnsi" w:cstheme="majorHAnsi"/>
          <w:sz w:val="22"/>
        </w:rPr>
      </w:pPr>
      <w:r w:rsidRPr="000653D5">
        <w:rPr>
          <w:rFonts w:asciiTheme="majorHAnsi" w:hAnsiTheme="majorHAnsi" w:cstheme="majorHAnsi"/>
          <w:b/>
          <w:sz w:val="22"/>
        </w:rPr>
        <w:t>4. Zasady wykorzystania wizerunku</w:t>
      </w:r>
    </w:p>
    <w:p w14:paraId="169DAD9B" w14:textId="053F2085" w:rsidR="00837B56" w:rsidRDefault="005464AB" w:rsidP="000653D5">
      <w:pPr>
        <w:spacing w:after="60" w:line="240" w:lineRule="auto"/>
        <w:jc w:val="both"/>
        <w:rPr>
          <w:rFonts w:asciiTheme="majorHAnsi" w:hAnsiTheme="majorHAnsi" w:cstheme="majorHAnsi"/>
          <w:sz w:val="22"/>
        </w:rPr>
      </w:pPr>
      <w:r w:rsidRPr="000653D5">
        <w:rPr>
          <w:rFonts w:asciiTheme="majorHAnsi" w:hAnsiTheme="majorHAnsi" w:cstheme="majorHAnsi"/>
          <w:sz w:val="22"/>
        </w:rPr>
        <w:t>1. Wizerunek nie będzie wykorzystywany w sposób naruszający moje dobra osobiste, godność lub dobre imię.</w:t>
      </w:r>
    </w:p>
    <w:p w14:paraId="47D74788" w14:textId="6CD0857B" w:rsidR="00BD0113" w:rsidRDefault="005464AB" w:rsidP="000653D5">
      <w:pPr>
        <w:spacing w:after="60" w:line="240" w:lineRule="auto"/>
        <w:jc w:val="both"/>
        <w:rPr>
          <w:rFonts w:asciiTheme="majorHAnsi" w:hAnsiTheme="majorHAnsi" w:cstheme="majorHAnsi"/>
          <w:sz w:val="22"/>
        </w:rPr>
      </w:pPr>
      <w:r w:rsidRPr="000653D5">
        <w:rPr>
          <w:rFonts w:asciiTheme="majorHAnsi" w:hAnsiTheme="majorHAnsi" w:cstheme="majorHAnsi"/>
          <w:sz w:val="22"/>
        </w:rPr>
        <w:t>2. Przyjmuję do wiadomości, że materiały zawierające mój wizerunek mogą być publikowane w Internecie, a tym samym mogą być dostępne dla nieograniczonego kręgu odbiorców, również poza terytorium Rzeczypospolitej Polskiej.</w:t>
      </w:r>
    </w:p>
    <w:p w14:paraId="66D790B7" w14:textId="77777777" w:rsidR="000653D5" w:rsidRPr="000653D5" w:rsidRDefault="000653D5" w:rsidP="000653D5">
      <w:pPr>
        <w:spacing w:after="60" w:line="240" w:lineRule="auto"/>
        <w:jc w:val="both"/>
        <w:rPr>
          <w:rFonts w:asciiTheme="majorHAnsi" w:hAnsiTheme="majorHAnsi" w:cstheme="majorHAnsi"/>
          <w:sz w:val="22"/>
        </w:rPr>
      </w:pPr>
    </w:p>
    <w:p w14:paraId="28DFF8AF" w14:textId="77777777" w:rsidR="00BD0113" w:rsidRPr="000653D5" w:rsidRDefault="005464AB">
      <w:pPr>
        <w:spacing w:after="60" w:line="240" w:lineRule="auto"/>
        <w:rPr>
          <w:rFonts w:asciiTheme="majorHAnsi" w:hAnsiTheme="majorHAnsi" w:cstheme="majorHAnsi"/>
          <w:sz w:val="22"/>
        </w:rPr>
      </w:pPr>
      <w:r w:rsidRPr="000653D5">
        <w:rPr>
          <w:rFonts w:asciiTheme="majorHAnsi" w:hAnsiTheme="majorHAnsi" w:cstheme="majorHAnsi"/>
          <w:b/>
          <w:sz w:val="22"/>
        </w:rPr>
        <w:t>5. Cofnięcie zgody</w:t>
      </w:r>
    </w:p>
    <w:p w14:paraId="335427F8" w14:textId="77777777" w:rsidR="00BD0113" w:rsidRPr="000653D5" w:rsidRDefault="005464AB">
      <w:pPr>
        <w:spacing w:after="60" w:line="240" w:lineRule="auto"/>
        <w:rPr>
          <w:rFonts w:asciiTheme="majorHAnsi" w:hAnsiTheme="majorHAnsi" w:cstheme="majorHAnsi"/>
          <w:sz w:val="22"/>
        </w:rPr>
      </w:pPr>
      <w:r w:rsidRPr="000653D5">
        <w:rPr>
          <w:rFonts w:asciiTheme="majorHAnsi" w:hAnsiTheme="majorHAnsi" w:cstheme="majorHAnsi"/>
          <w:sz w:val="22"/>
        </w:rPr>
        <w:t>1. Zgodę mogę w każdym czasie cofnąć poprzez złożenie oświadczenia Marszałkowi Województwa Dolnośląskiego w formie pisemnej lub elektronicznej na adres:</w:t>
      </w:r>
    </w:p>
    <w:p w14:paraId="3E8E1921" w14:textId="77777777" w:rsidR="00BD0113" w:rsidRPr="000653D5" w:rsidRDefault="005464AB">
      <w:pPr>
        <w:spacing w:after="60" w:line="240" w:lineRule="auto"/>
        <w:rPr>
          <w:rFonts w:asciiTheme="majorHAnsi" w:hAnsiTheme="majorHAnsi" w:cstheme="majorHAnsi"/>
          <w:sz w:val="22"/>
        </w:rPr>
      </w:pPr>
      <w:r w:rsidRPr="000653D5">
        <w:rPr>
          <w:rFonts w:asciiTheme="majorHAnsi" w:hAnsiTheme="majorHAnsi" w:cstheme="majorHAnsi"/>
          <w:sz w:val="22"/>
        </w:rPr>
        <w:t>Urząd Marszałkowski Województwa Dolnośląskiego</w:t>
      </w:r>
      <w:r w:rsidRPr="000653D5">
        <w:rPr>
          <w:rFonts w:asciiTheme="majorHAnsi" w:hAnsiTheme="majorHAnsi" w:cstheme="majorHAnsi"/>
          <w:sz w:val="22"/>
        </w:rPr>
        <w:br/>
        <w:t>ul. Wybrzeże Juliusza Słowackiego 12–14</w:t>
      </w:r>
      <w:r w:rsidRPr="000653D5">
        <w:rPr>
          <w:rFonts w:asciiTheme="majorHAnsi" w:hAnsiTheme="majorHAnsi" w:cstheme="majorHAnsi"/>
          <w:sz w:val="22"/>
        </w:rPr>
        <w:br/>
        <w:t>50-411 Wrocław</w:t>
      </w:r>
    </w:p>
    <w:p w14:paraId="6C66DE21" w14:textId="77777777" w:rsidR="00BD0113" w:rsidRPr="000653D5" w:rsidRDefault="005464AB">
      <w:pPr>
        <w:spacing w:after="60" w:line="240" w:lineRule="auto"/>
        <w:rPr>
          <w:rFonts w:asciiTheme="majorHAnsi" w:hAnsiTheme="majorHAnsi" w:cstheme="majorHAnsi"/>
          <w:sz w:val="22"/>
        </w:rPr>
      </w:pPr>
      <w:r w:rsidRPr="000653D5">
        <w:rPr>
          <w:rFonts w:asciiTheme="majorHAnsi" w:hAnsiTheme="majorHAnsi" w:cstheme="majorHAnsi"/>
          <w:sz w:val="22"/>
        </w:rPr>
        <w:t>lub za pośrednictwem poczty elektronicznej: inspektor@dolnyslask.pl</w:t>
      </w:r>
    </w:p>
    <w:p w14:paraId="41647B58" w14:textId="77777777" w:rsidR="00BD0113" w:rsidRPr="000653D5" w:rsidRDefault="005464AB">
      <w:pPr>
        <w:spacing w:after="60" w:line="240" w:lineRule="auto"/>
        <w:rPr>
          <w:rFonts w:asciiTheme="majorHAnsi" w:hAnsiTheme="majorHAnsi" w:cstheme="majorHAnsi"/>
          <w:sz w:val="22"/>
        </w:rPr>
      </w:pPr>
      <w:r w:rsidRPr="000653D5">
        <w:rPr>
          <w:rFonts w:asciiTheme="majorHAnsi" w:hAnsiTheme="majorHAnsi" w:cstheme="majorHAnsi"/>
          <w:sz w:val="22"/>
        </w:rPr>
        <w:t>Cofnięcie zgody nie wpływa na zgodność z prawem wykorzystania wizerunku dokonanego przed jej cofnięciem.</w:t>
      </w:r>
    </w:p>
    <w:p w14:paraId="46DCB343" w14:textId="77777777" w:rsidR="00BD0113" w:rsidRDefault="005464AB">
      <w:pPr>
        <w:spacing w:after="60" w:line="240" w:lineRule="auto"/>
        <w:rPr>
          <w:rFonts w:asciiTheme="majorHAnsi" w:hAnsiTheme="majorHAnsi" w:cstheme="majorHAnsi"/>
          <w:sz w:val="22"/>
        </w:rPr>
      </w:pPr>
      <w:r w:rsidRPr="000653D5">
        <w:rPr>
          <w:rFonts w:asciiTheme="majorHAnsi" w:hAnsiTheme="majorHAnsi" w:cstheme="majorHAnsi"/>
          <w:sz w:val="22"/>
        </w:rPr>
        <w:t>Po otrzymaniu informacji o cofnięciu zgody UMWD zaprzestanie wykorzystywania wizerunku w nowych materiałach, w zakresie, w jakim będzie to możliwe z uwzględnieniem charakteru i sposobu wcześniejszej publikacji materiałów.</w:t>
      </w:r>
    </w:p>
    <w:p w14:paraId="4A6BF9E8" w14:textId="77777777" w:rsidR="000653D5" w:rsidRPr="000653D5" w:rsidRDefault="000653D5">
      <w:pPr>
        <w:spacing w:after="60" w:line="240" w:lineRule="auto"/>
        <w:rPr>
          <w:rFonts w:asciiTheme="majorHAnsi" w:hAnsiTheme="majorHAnsi" w:cstheme="majorHAnsi"/>
          <w:sz w:val="22"/>
        </w:rPr>
      </w:pPr>
    </w:p>
    <w:p w14:paraId="1BD5F872" w14:textId="2B5F0ABB" w:rsidR="00BD0113" w:rsidRDefault="005464AB">
      <w:pPr>
        <w:spacing w:after="60" w:line="240" w:lineRule="auto"/>
        <w:rPr>
          <w:rFonts w:asciiTheme="majorHAnsi" w:hAnsiTheme="majorHAnsi" w:cstheme="majorHAnsi"/>
          <w:b/>
          <w:sz w:val="22"/>
        </w:rPr>
      </w:pPr>
      <w:r w:rsidRPr="000653D5">
        <w:rPr>
          <w:rFonts w:asciiTheme="majorHAnsi" w:hAnsiTheme="majorHAnsi" w:cstheme="majorHAnsi"/>
          <w:b/>
          <w:sz w:val="22"/>
        </w:rPr>
        <w:t>6. Dane uczestnika</w:t>
      </w:r>
      <w:r w:rsidR="000653D5">
        <w:rPr>
          <w:rFonts w:asciiTheme="majorHAnsi" w:hAnsiTheme="majorHAnsi" w:cstheme="majorHAnsi"/>
          <w:b/>
          <w:sz w:val="22"/>
        </w:rPr>
        <w:t>:</w:t>
      </w:r>
    </w:p>
    <w:p w14:paraId="34EB1F76" w14:textId="77777777" w:rsidR="000653D5" w:rsidRPr="000653D5" w:rsidRDefault="000653D5">
      <w:pPr>
        <w:spacing w:after="60" w:line="240" w:lineRule="auto"/>
        <w:rPr>
          <w:rFonts w:asciiTheme="majorHAnsi" w:hAnsiTheme="majorHAnsi" w:cstheme="majorHAnsi"/>
          <w:sz w:val="22"/>
        </w:rPr>
      </w:pPr>
    </w:p>
    <w:p w14:paraId="7AA8DE7D" w14:textId="77777777" w:rsidR="00BD0113" w:rsidRPr="000653D5" w:rsidRDefault="005464AB">
      <w:pPr>
        <w:spacing w:after="60" w:line="240" w:lineRule="auto"/>
        <w:rPr>
          <w:rFonts w:asciiTheme="majorHAnsi" w:hAnsiTheme="majorHAnsi" w:cstheme="majorHAnsi"/>
          <w:sz w:val="22"/>
        </w:rPr>
      </w:pPr>
      <w:r w:rsidRPr="000653D5">
        <w:rPr>
          <w:rFonts w:asciiTheme="majorHAnsi" w:hAnsiTheme="majorHAnsi" w:cstheme="majorHAnsi"/>
          <w:sz w:val="22"/>
        </w:rPr>
        <w:t>Imię i nazwisko uczestnika:</w:t>
      </w:r>
    </w:p>
    <w:p w14:paraId="3B6C60A4" w14:textId="77777777" w:rsidR="00BD0113" w:rsidRPr="000653D5" w:rsidRDefault="005464AB">
      <w:pPr>
        <w:spacing w:after="60" w:line="240" w:lineRule="auto"/>
        <w:rPr>
          <w:rFonts w:asciiTheme="majorHAnsi" w:hAnsiTheme="majorHAnsi" w:cstheme="majorHAnsi"/>
          <w:sz w:val="22"/>
        </w:rPr>
      </w:pPr>
      <w:r w:rsidRPr="000653D5">
        <w:rPr>
          <w:rFonts w:asciiTheme="majorHAnsi" w:hAnsiTheme="majorHAnsi" w:cstheme="majorHAnsi"/>
          <w:sz w:val="22"/>
        </w:rPr>
        <w:t>..................................................................................................................</w:t>
      </w:r>
    </w:p>
    <w:p w14:paraId="47C43763" w14:textId="77777777" w:rsidR="00BD0113" w:rsidRPr="000653D5" w:rsidRDefault="005464AB">
      <w:pPr>
        <w:spacing w:after="60" w:line="240" w:lineRule="auto"/>
        <w:rPr>
          <w:rFonts w:asciiTheme="majorHAnsi" w:hAnsiTheme="majorHAnsi" w:cstheme="majorHAnsi"/>
          <w:sz w:val="22"/>
        </w:rPr>
      </w:pPr>
      <w:r w:rsidRPr="000653D5">
        <w:rPr>
          <w:rFonts w:asciiTheme="majorHAnsi" w:hAnsiTheme="majorHAnsi" w:cstheme="majorHAnsi"/>
          <w:sz w:val="22"/>
        </w:rPr>
        <w:t>Miejscowość i data:</w:t>
      </w:r>
    </w:p>
    <w:p w14:paraId="4D8DB990" w14:textId="77777777" w:rsidR="00BD0113" w:rsidRPr="000653D5" w:rsidRDefault="005464AB">
      <w:pPr>
        <w:spacing w:after="60" w:line="240" w:lineRule="auto"/>
        <w:rPr>
          <w:rFonts w:asciiTheme="majorHAnsi" w:hAnsiTheme="majorHAnsi" w:cstheme="majorHAnsi"/>
          <w:sz w:val="22"/>
        </w:rPr>
      </w:pPr>
      <w:r w:rsidRPr="000653D5">
        <w:rPr>
          <w:rFonts w:asciiTheme="majorHAnsi" w:hAnsiTheme="majorHAnsi" w:cstheme="majorHAnsi"/>
          <w:sz w:val="22"/>
        </w:rPr>
        <w:t>..................................................................................................................</w:t>
      </w:r>
    </w:p>
    <w:p w14:paraId="5114B908" w14:textId="77777777" w:rsidR="00BD0113" w:rsidRPr="000653D5" w:rsidRDefault="005464AB">
      <w:pPr>
        <w:spacing w:after="60" w:line="240" w:lineRule="auto"/>
        <w:rPr>
          <w:rFonts w:asciiTheme="majorHAnsi" w:hAnsiTheme="majorHAnsi" w:cstheme="majorHAnsi"/>
          <w:sz w:val="22"/>
        </w:rPr>
      </w:pPr>
      <w:r w:rsidRPr="000653D5">
        <w:rPr>
          <w:rFonts w:asciiTheme="majorHAnsi" w:hAnsiTheme="majorHAnsi" w:cstheme="majorHAnsi"/>
          <w:sz w:val="22"/>
        </w:rPr>
        <w:t>Czytelny podpis uczestnika:</w:t>
      </w:r>
    </w:p>
    <w:p w14:paraId="230B3B14" w14:textId="77777777" w:rsidR="00BD0113" w:rsidRPr="000653D5" w:rsidRDefault="005464AB">
      <w:pPr>
        <w:spacing w:after="60" w:line="240" w:lineRule="auto"/>
        <w:rPr>
          <w:rFonts w:asciiTheme="majorHAnsi" w:hAnsiTheme="majorHAnsi" w:cstheme="majorHAnsi"/>
          <w:sz w:val="22"/>
        </w:rPr>
      </w:pPr>
      <w:r w:rsidRPr="000653D5">
        <w:rPr>
          <w:rFonts w:asciiTheme="majorHAnsi" w:hAnsiTheme="majorHAnsi" w:cstheme="majorHAnsi"/>
          <w:sz w:val="22"/>
        </w:rPr>
        <w:t>..................................................................................................................</w:t>
      </w:r>
    </w:p>
    <w:sectPr w:rsidR="00BD0113" w:rsidRPr="000653D5" w:rsidSect="00034616">
      <w:headerReference w:type="default" r:id="rId8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DF322" w14:textId="77777777" w:rsidR="00D415B9" w:rsidRDefault="00D415B9" w:rsidP="000653D5">
      <w:pPr>
        <w:spacing w:after="0" w:line="240" w:lineRule="auto"/>
      </w:pPr>
      <w:r>
        <w:separator/>
      </w:r>
    </w:p>
  </w:endnote>
  <w:endnote w:type="continuationSeparator" w:id="0">
    <w:p w14:paraId="01CC50B7" w14:textId="77777777" w:rsidR="00D415B9" w:rsidRDefault="00D415B9" w:rsidP="00065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FF6FF" w14:textId="77777777" w:rsidR="00D415B9" w:rsidRDefault="00D415B9" w:rsidP="000653D5">
      <w:pPr>
        <w:spacing w:after="0" w:line="240" w:lineRule="auto"/>
      </w:pPr>
      <w:r>
        <w:separator/>
      </w:r>
    </w:p>
  </w:footnote>
  <w:footnote w:type="continuationSeparator" w:id="0">
    <w:p w14:paraId="7F340DCE" w14:textId="77777777" w:rsidR="00D415B9" w:rsidRDefault="00D415B9" w:rsidP="00065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B04A4" w14:textId="5EBF5A56" w:rsidR="000653D5" w:rsidRDefault="000653D5">
    <w:pPr>
      <w:pStyle w:val="Nagwek"/>
    </w:pPr>
    <w:r w:rsidRPr="009F513B">
      <w:rPr>
        <w:rFonts w:asciiTheme="minorHAnsi" w:hAnsiTheme="minorHAnsi"/>
        <w:noProof/>
        <w:sz w:val="22"/>
        <w:lang w:val="pl-PL"/>
      </w:rPr>
      <w:drawing>
        <wp:inline distT="0" distB="0" distL="0" distR="0" wp14:anchorId="4999D9B5" wp14:editId="2E41D051">
          <wp:extent cx="1546860" cy="565785"/>
          <wp:effectExtent l="0" t="0" r="0" b="5715"/>
          <wp:docPr id="207200191" name="Obraz 2072001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6860" cy="565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</w:t>
    </w:r>
    <w:r w:rsidRPr="009F513B">
      <w:rPr>
        <w:rFonts w:asciiTheme="minorHAnsi" w:hAnsiTheme="minorHAnsi"/>
        <w:noProof/>
        <w:sz w:val="22"/>
        <w:lang w:val="pl-PL"/>
      </w:rPr>
      <w:drawing>
        <wp:inline distT="0" distB="0" distL="0" distR="0" wp14:anchorId="6DF971B4" wp14:editId="158BE5C7">
          <wp:extent cx="541020" cy="570785"/>
          <wp:effectExtent l="0" t="0" r="0" b="1270"/>
          <wp:docPr id="150786356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647" cy="597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3558604">
    <w:abstractNumId w:val="8"/>
  </w:num>
  <w:num w:numId="2" w16cid:durableId="714964680">
    <w:abstractNumId w:val="6"/>
  </w:num>
  <w:num w:numId="3" w16cid:durableId="573322347">
    <w:abstractNumId w:val="5"/>
  </w:num>
  <w:num w:numId="4" w16cid:durableId="1094981588">
    <w:abstractNumId w:val="4"/>
  </w:num>
  <w:num w:numId="5" w16cid:durableId="1504977250">
    <w:abstractNumId w:val="7"/>
  </w:num>
  <w:num w:numId="6" w16cid:durableId="2121294362">
    <w:abstractNumId w:val="3"/>
  </w:num>
  <w:num w:numId="7" w16cid:durableId="1009523855">
    <w:abstractNumId w:val="2"/>
  </w:num>
  <w:num w:numId="8" w16cid:durableId="1984850518">
    <w:abstractNumId w:val="1"/>
  </w:num>
  <w:num w:numId="9" w16cid:durableId="713045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53D5"/>
    <w:rsid w:val="0015074B"/>
    <w:rsid w:val="0029639D"/>
    <w:rsid w:val="00326F90"/>
    <w:rsid w:val="005464AB"/>
    <w:rsid w:val="00837B56"/>
    <w:rsid w:val="008C60E3"/>
    <w:rsid w:val="00935D4C"/>
    <w:rsid w:val="00AA1D8D"/>
    <w:rsid w:val="00B47730"/>
    <w:rsid w:val="00BD0113"/>
    <w:rsid w:val="00CB0664"/>
    <w:rsid w:val="00CE281F"/>
    <w:rsid w:val="00D415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95C460"/>
  <w14:defaultImageDpi w14:val="300"/>
  <w15:docId w15:val="{4C4509F3-B523-4347-9010-4B3957EFF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481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UMWD UMWD</cp:lastModifiedBy>
  <cp:revision>4</cp:revision>
  <dcterms:created xsi:type="dcterms:W3CDTF">2026-09-14T22:08:00Z</dcterms:created>
  <dcterms:modified xsi:type="dcterms:W3CDTF">2026-09-14T22:09:00Z</dcterms:modified>
  <cp:category/>
</cp:coreProperties>
</file>