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6333E" w14:textId="3BC5928C" w:rsidR="00285450" w:rsidRDefault="00285450" w:rsidP="00285450">
      <w:pPr>
        <w:pStyle w:val="Nagwek1"/>
      </w:pPr>
      <w:r w:rsidRPr="00285450">
        <w:t xml:space="preserve">                      </w:t>
      </w:r>
    </w:p>
    <w:p w14:paraId="67B5E9CD" w14:textId="0F6D96D3" w:rsidR="00816DAA" w:rsidRPr="00285450" w:rsidRDefault="00285450">
      <w:pPr>
        <w:jc w:val="center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  <w:sz w:val="22"/>
        </w:rPr>
        <w:t xml:space="preserve">                                                                                                 </w:t>
      </w:r>
      <w:r w:rsidRPr="00285450">
        <w:rPr>
          <w:rFonts w:asciiTheme="majorHAnsi" w:hAnsiTheme="majorHAnsi" w:cstheme="majorHAnsi"/>
          <w:bCs/>
          <w:sz w:val="22"/>
        </w:rPr>
        <w:t xml:space="preserve">                  </w:t>
      </w:r>
      <w:r w:rsidR="00525A36" w:rsidRPr="00285450">
        <w:rPr>
          <w:rFonts w:asciiTheme="majorHAnsi" w:hAnsiTheme="majorHAnsi" w:cstheme="majorHAnsi"/>
          <w:bCs/>
          <w:sz w:val="22"/>
        </w:rPr>
        <w:t xml:space="preserve">Załącznik nr 2 do </w:t>
      </w:r>
      <w:proofErr w:type="spellStart"/>
      <w:r w:rsidR="00525A36" w:rsidRPr="00285450">
        <w:rPr>
          <w:rFonts w:asciiTheme="majorHAnsi" w:hAnsiTheme="majorHAnsi" w:cstheme="majorHAnsi"/>
          <w:bCs/>
          <w:sz w:val="22"/>
        </w:rPr>
        <w:t>Regulaminu</w:t>
      </w:r>
      <w:proofErr w:type="spellEnd"/>
    </w:p>
    <w:p w14:paraId="48D7483F" w14:textId="77777777" w:rsidR="00816DAA" w:rsidRPr="00285450" w:rsidRDefault="00525A36">
      <w:pPr>
        <w:jc w:val="center"/>
        <w:rPr>
          <w:rFonts w:asciiTheme="majorHAnsi" w:hAnsiTheme="majorHAnsi" w:cstheme="majorHAnsi"/>
        </w:rPr>
      </w:pPr>
      <w:proofErr w:type="spellStart"/>
      <w:r w:rsidRPr="00285450">
        <w:rPr>
          <w:rFonts w:asciiTheme="majorHAnsi" w:hAnsiTheme="majorHAnsi" w:cstheme="majorHAnsi"/>
          <w:b/>
          <w:sz w:val="26"/>
        </w:rPr>
        <w:t>KLauzula</w:t>
      </w:r>
      <w:proofErr w:type="spellEnd"/>
      <w:r w:rsidRPr="00285450">
        <w:rPr>
          <w:rFonts w:asciiTheme="majorHAnsi" w:hAnsiTheme="majorHAnsi" w:cstheme="majorHAnsi"/>
          <w:b/>
          <w:sz w:val="26"/>
        </w:rPr>
        <w:t xml:space="preserve"> informacyjna </w:t>
      </w:r>
      <w:proofErr w:type="spellStart"/>
      <w:r w:rsidRPr="00285450">
        <w:rPr>
          <w:rFonts w:asciiTheme="majorHAnsi" w:hAnsiTheme="majorHAnsi" w:cstheme="majorHAnsi"/>
          <w:b/>
          <w:sz w:val="26"/>
        </w:rPr>
        <w:t>dotycząca</w:t>
      </w:r>
      <w:proofErr w:type="spellEnd"/>
      <w:r w:rsidRPr="00285450">
        <w:rPr>
          <w:rFonts w:asciiTheme="majorHAnsi" w:hAnsiTheme="majorHAnsi" w:cstheme="majorHAnsi"/>
          <w:b/>
          <w:sz w:val="26"/>
        </w:rPr>
        <w:t xml:space="preserve"> przetwarzania danych osobowych</w:t>
      </w:r>
    </w:p>
    <w:p w14:paraId="05FB6C83" w14:textId="77777777" w:rsidR="00816DAA" w:rsidRPr="00285450" w:rsidRDefault="00525A36">
      <w:pPr>
        <w:jc w:val="center"/>
        <w:rPr>
          <w:rFonts w:asciiTheme="majorHAnsi" w:hAnsiTheme="majorHAnsi" w:cstheme="majorHAnsi"/>
        </w:rPr>
      </w:pPr>
      <w:r w:rsidRPr="00285450">
        <w:rPr>
          <w:rFonts w:asciiTheme="majorHAnsi" w:hAnsiTheme="majorHAnsi" w:cstheme="majorHAnsi"/>
          <w:b/>
          <w:sz w:val="22"/>
        </w:rPr>
        <w:t xml:space="preserve">dla </w:t>
      </w:r>
      <w:proofErr w:type="spellStart"/>
      <w:r w:rsidRPr="00285450">
        <w:rPr>
          <w:rFonts w:asciiTheme="majorHAnsi" w:hAnsiTheme="majorHAnsi" w:cstheme="majorHAnsi"/>
          <w:b/>
          <w:sz w:val="22"/>
        </w:rPr>
        <w:t>uczestnika</w:t>
      </w:r>
      <w:proofErr w:type="spellEnd"/>
      <w:r w:rsidRPr="00285450">
        <w:rPr>
          <w:rFonts w:asciiTheme="majorHAnsi" w:hAnsiTheme="majorHAnsi" w:cstheme="majorHAnsi"/>
          <w:b/>
          <w:sz w:val="22"/>
        </w:rPr>
        <w:t xml:space="preserve"> wyjazdu studyjnego do </w:t>
      </w:r>
      <w:proofErr w:type="spellStart"/>
      <w:r w:rsidRPr="00285450">
        <w:rPr>
          <w:rFonts w:asciiTheme="majorHAnsi" w:hAnsiTheme="majorHAnsi" w:cstheme="majorHAnsi"/>
          <w:b/>
          <w:sz w:val="22"/>
        </w:rPr>
        <w:t>województwa</w:t>
      </w:r>
      <w:proofErr w:type="spellEnd"/>
      <w:r w:rsidRPr="00285450">
        <w:rPr>
          <w:rFonts w:asciiTheme="majorHAnsi" w:hAnsiTheme="majorHAnsi" w:cstheme="majorHAnsi"/>
          <w:b/>
          <w:sz w:val="22"/>
        </w:rPr>
        <w:t xml:space="preserve"> </w:t>
      </w:r>
      <w:proofErr w:type="spellStart"/>
      <w:r w:rsidRPr="00285450">
        <w:rPr>
          <w:rFonts w:asciiTheme="majorHAnsi" w:hAnsiTheme="majorHAnsi" w:cstheme="majorHAnsi"/>
          <w:b/>
          <w:sz w:val="22"/>
        </w:rPr>
        <w:t>wielkopolskiego</w:t>
      </w:r>
      <w:proofErr w:type="spellEnd"/>
    </w:p>
    <w:p w14:paraId="197E85FB" w14:textId="7A3FE0AD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Zgodnie z art. 13 ust. 1 i ust. 2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ogólnego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rozporządzenia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UE 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ochronie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danych osobowych </w:t>
      </w:r>
      <w:r w:rsidR="00285450" w:rsidRPr="00E84068">
        <w:rPr>
          <w:rFonts w:asciiTheme="majorHAnsi" w:hAnsiTheme="majorHAnsi" w:cstheme="majorHAnsi"/>
          <w:sz w:val="20"/>
          <w:szCs w:val="20"/>
        </w:rPr>
        <w:br/>
      </w:r>
      <w:r w:rsidRPr="00E84068">
        <w:rPr>
          <w:rFonts w:asciiTheme="majorHAnsi" w:hAnsiTheme="majorHAnsi" w:cstheme="majorHAnsi"/>
          <w:sz w:val="20"/>
          <w:szCs w:val="20"/>
        </w:rPr>
        <w:t xml:space="preserve">nr 2016/679 (RODO)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informujemy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>, że:</w:t>
      </w:r>
    </w:p>
    <w:p w14:paraId="25E69DFD" w14:textId="7F9B3B1A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1.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Administratorem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Pani/Pana danych osobowych jest Marszałek Województwa Dolnośląskiego </w:t>
      </w:r>
      <w:r w:rsidR="00285450" w:rsidRPr="00E84068">
        <w:rPr>
          <w:rFonts w:asciiTheme="majorHAnsi" w:hAnsiTheme="majorHAnsi" w:cstheme="majorHAnsi"/>
          <w:sz w:val="20"/>
          <w:szCs w:val="20"/>
        </w:rPr>
        <w:br/>
      </w:r>
      <w:r w:rsidRPr="00E84068">
        <w:rPr>
          <w:rFonts w:asciiTheme="majorHAnsi" w:hAnsiTheme="majorHAnsi" w:cstheme="majorHAnsi"/>
          <w:sz w:val="20"/>
          <w:szCs w:val="20"/>
        </w:rPr>
        <w:t>z siedzibą we Wrocławiu, ul. Wybrzeże J. Słowackiego 12-14, 50-411 Wrocław.</w:t>
      </w:r>
    </w:p>
    <w:p w14:paraId="1B47C868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2. Została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wyznaczona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osoba do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kontaktu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sprawie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przetwarzania danych osobowych (inspektor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ochrony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danych), adres e-mail: inspektor@dolnyslask.pl.</w:t>
      </w:r>
    </w:p>
    <w:p w14:paraId="2BDFFAED" w14:textId="01374C69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3. Pani/Pana dane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osobowe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będą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przetwarzane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celu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przeprowadzenia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naboru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zakwalifikowania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uczestników oraz organizacji i realizacji wyjazdu studyjnego do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województwa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wielkopolskiego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r w:rsidR="00285450" w:rsidRPr="00E84068">
        <w:rPr>
          <w:rFonts w:asciiTheme="majorHAnsi" w:hAnsiTheme="majorHAnsi" w:cstheme="majorHAnsi"/>
          <w:sz w:val="20"/>
          <w:szCs w:val="20"/>
        </w:rPr>
        <w:br/>
      </w:r>
      <w:r w:rsidRPr="00E84068">
        <w:rPr>
          <w:rFonts w:asciiTheme="majorHAnsi" w:hAnsiTheme="majorHAnsi" w:cstheme="majorHAnsi"/>
          <w:sz w:val="20"/>
          <w:szCs w:val="20"/>
        </w:rPr>
        <w:t xml:space="preserve">w dniach 12–14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października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2026 r.</w:t>
      </w:r>
    </w:p>
    <w:p w14:paraId="4AAA11F7" w14:textId="1DB94872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4. Podstawą przetwarzania Pani/Pana danych osobowych jest art. 6 ust. 1 lit. e RODO –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przetwarzanie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jest</w:t>
      </w:r>
      <w:r w:rsidR="00E84068" w:rsidRPr="00E84068">
        <w:rPr>
          <w:rFonts w:asciiTheme="majorHAnsi" w:hAnsiTheme="majorHAnsi" w:cstheme="majorHAnsi"/>
          <w:sz w:val="20"/>
          <w:szCs w:val="20"/>
        </w:rPr>
        <w:t xml:space="preserve"> </w:t>
      </w:r>
      <w:r w:rsidRPr="00E84068">
        <w:rPr>
          <w:rFonts w:asciiTheme="majorHAnsi" w:hAnsiTheme="majorHAnsi" w:cstheme="majorHAnsi"/>
          <w:sz w:val="20"/>
          <w:szCs w:val="20"/>
        </w:rPr>
        <w:t xml:space="preserve">niezbędne do wykonania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zadania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realizowanego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interesie publicznym lub w ramach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sprawowania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władzy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publicznej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powierzonej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Administratorowi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powiązaniu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z </w:t>
      </w:r>
      <w:r w:rsidR="00E84068" w:rsidRPr="00E84068">
        <w:rPr>
          <w:rFonts w:asciiTheme="majorHAnsi" w:hAnsiTheme="majorHAnsi" w:cstheme="majorHAnsi"/>
          <w:sz w:val="20"/>
          <w:szCs w:val="20"/>
        </w:rPr>
        <w:t xml:space="preserve">art. 12 ust.1 pkt 3 </w:t>
      </w:r>
      <w:r w:rsidR="00672C45" w:rsidRPr="00E84068">
        <w:rPr>
          <w:rFonts w:asciiTheme="majorHAnsi" w:hAnsiTheme="majorHAnsi" w:cstheme="majorHAnsi"/>
          <w:sz w:val="20"/>
          <w:szCs w:val="20"/>
        </w:rPr>
        <w:t>ustaw</w:t>
      </w:r>
      <w:r w:rsidR="00E84068" w:rsidRPr="00E84068">
        <w:rPr>
          <w:rFonts w:asciiTheme="majorHAnsi" w:hAnsiTheme="majorHAnsi" w:cstheme="majorHAnsi"/>
          <w:sz w:val="20"/>
          <w:szCs w:val="20"/>
        </w:rPr>
        <w:t xml:space="preserve">y z dnia 5 </w:t>
      </w:r>
      <w:proofErr w:type="spellStart"/>
      <w:r w:rsidR="00E84068" w:rsidRPr="00E84068">
        <w:rPr>
          <w:rFonts w:asciiTheme="majorHAnsi" w:hAnsiTheme="majorHAnsi" w:cstheme="majorHAnsi"/>
          <w:sz w:val="20"/>
          <w:szCs w:val="20"/>
        </w:rPr>
        <w:t>czerwca</w:t>
      </w:r>
      <w:proofErr w:type="spellEnd"/>
      <w:r w:rsidR="00E84068" w:rsidRPr="00E84068">
        <w:rPr>
          <w:rFonts w:asciiTheme="majorHAnsi" w:hAnsiTheme="majorHAnsi" w:cstheme="majorHAnsi"/>
          <w:sz w:val="20"/>
          <w:szCs w:val="20"/>
        </w:rPr>
        <w:t xml:space="preserve"> 1998 r. o </w:t>
      </w:r>
      <w:proofErr w:type="spellStart"/>
      <w:r w:rsidR="00E84068" w:rsidRPr="00E84068">
        <w:rPr>
          <w:rFonts w:asciiTheme="majorHAnsi" w:hAnsiTheme="majorHAnsi" w:cstheme="majorHAnsi"/>
          <w:sz w:val="20"/>
          <w:szCs w:val="20"/>
        </w:rPr>
        <w:t>samorządzie</w:t>
      </w:r>
      <w:proofErr w:type="spellEnd"/>
      <w:r w:rsidR="00E84068"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E84068" w:rsidRPr="00E84068">
        <w:rPr>
          <w:rFonts w:asciiTheme="majorHAnsi" w:hAnsiTheme="majorHAnsi" w:cstheme="majorHAnsi"/>
          <w:sz w:val="20"/>
          <w:szCs w:val="20"/>
        </w:rPr>
        <w:t>województwa</w:t>
      </w:r>
      <w:proofErr w:type="spellEnd"/>
      <w:r w:rsidR="00E84068" w:rsidRPr="00E84068">
        <w:rPr>
          <w:rFonts w:asciiTheme="majorHAnsi" w:hAnsiTheme="majorHAnsi" w:cstheme="majorHAnsi"/>
          <w:sz w:val="20"/>
          <w:szCs w:val="20"/>
        </w:rPr>
        <w:t xml:space="preserve"> (t. j. </w:t>
      </w:r>
      <w:proofErr w:type="spellStart"/>
      <w:r w:rsidR="00E84068" w:rsidRPr="00E84068">
        <w:rPr>
          <w:rFonts w:asciiTheme="majorHAnsi" w:hAnsiTheme="majorHAnsi" w:cstheme="majorHAnsi"/>
          <w:sz w:val="20"/>
          <w:szCs w:val="20"/>
        </w:rPr>
        <w:t>Dz.U</w:t>
      </w:r>
      <w:proofErr w:type="spellEnd"/>
      <w:r w:rsidR="00E84068" w:rsidRPr="00E84068">
        <w:rPr>
          <w:rFonts w:asciiTheme="majorHAnsi" w:hAnsiTheme="majorHAnsi" w:cstheme="majorHAnsi"/>
          <w:sz w:val="20"/>
          <w:szCs w:val="20"/>
        </w:rPr>
        <w:t xml:space="preserve">. z 2026 r. </w:t>
      </w:r>
      <w:proofErr w:type="spellStart"/>
      <w:r w:rsidR="00E84068" w:rsidRPr="00E84068">
        <w:rPr>
          <w:rFonts w:asciiTheme="majorHAnsi" w:hAnsiTheme="majorHAnsi" w:cstheme="majorHAnsi"/>
          <w:sz w:val="20"/>
          <w:szCs w:val="20"/>
        </w:rPr>
        <w:t>poz</w:t>
      </w:r>
      <w:proofErr w:type="spellEnd"/>
      <w:r w:rsidR="00E84068" w:rsidRPr="00E84068">
        <w:rPr>
          <w:rFonts w:asciiTheme="majorHAnsi" w:hAnsiTheme="majorHAnsi" w:cstheme="majorHAnsi"/>
          <w:sz w:val="20"/>
          <w:szCs w:val="20"/>
        </w:rPr>
        <w:t xml:space="preserve">. 720) </w:t>
      </w:r>
      <w:r w:rsidR="00672C45" w:rsidRPr="00E84068">
        <w:rPr>
          <w:rFonts w:asciiTheme="majorHAnsi" w:hAnsiTheme="majorHAnsi" w:cstheme="majorHAnsi"/>
          <w:sz w:val="20"/>
          <w:szCs w:val="20"/>
        </w:rPr>
        <w:t xml:space="preserve">oraz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dobrowolna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zgoda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osoby, której dane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dotyczą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(art. 6 ust. 1 lit. a RODO) – w zakresie przetwarzania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wizerunku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>.</w:t>
      </w:r>
    </w:p>
    <w:p w14:paraId="79800F96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5. Pani/Pana dane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osobowe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będą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przechowywane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przez okres niezbędny do realizacji celu, w którym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zostały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zebrane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, a następnie przez okres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wynikający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z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obowiązujących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przepisów prawa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dotyczących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archiwizacji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dokumentacji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>.</w:t>
      </w:r>
    </w:p>
    <w:p w14:paraId="40E2EC0C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6.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Odbiorcami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Pani/Pana danych osobowych mogą być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podmioty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upoważnione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na podstawie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obowiązujących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przepisów prawa oraz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podmioty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przetwarzające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dane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osobowe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imieniu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Administratora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, w zakresie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niezbędnym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do realizacji Wyjazdu.</w:t>
      </w:r>
    </w:p>
    <w:p w14:paraId="5C865A41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7. Administrator nie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planuje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przekazywać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Pani/Pana danych osobowych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odbiorcom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spoza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Europejskiego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Obszaru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Gospodarczego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ani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organizacjom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międzynarodowym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>.</w:t>
      </w:r>
    </w:p>
    <w:p w14:paraId="29415DE9" w14:textId="1BBA0B3A" w:rsidR="00816DAA" w:rsidRPr="00E84068" w:rsidRDefault="00525A36" w:rsidP="00672C45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8. W przypadkach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przewidzianych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przepisami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prawa przysługuje Pani/Panu prawo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dostępu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swoich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danych osobowych, ich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sprostowania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ograniczenia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przetwarzania, </w:t>
      </w:r>
      <w:r w:rsidR="00672C45" w:rsidRPr="00E84068">
        <w:rPr>
          <w:rFonts w:asciiTheme="majorHAnsi" w:hAnsiTheme="majorHAnsi" w:cstheme="majorHAnsi"/>
          <w:sz w:val="20"/>
          <w:szCs w:val="20"/>
        </w:rPr>
        <w:t xml:space="preserve">do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wniesienia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sprzeciwu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oraz prawo do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usunięcia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danych (w zakresie danych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przetwarzanych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na podstawie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zgody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), </w:t>
      </w:r>
      <w:r w:rsidRPr="00E84068">
        <w:rPr>
          <w:rFonts w:asciiTheme="majorHAnsi" w:hAnsiTheme="majorHAnsi" w:cstheme="majorHAnsi"/>
          <w:sz w:val="20"/>
          <w:szCs w:val="20"/>
        </w:rPr>
        <w:t xml:space="preserve">a także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inne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prawa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określone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RODO, z uwzględnieniem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przewidzianych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prawem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ograniczeń.</w:t>
      </w:r>
    </w:p>
    <w:p w14:paraId="4BBC7582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9. Przysługuje Pani/Panu prawo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wniesienia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skargi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Prezesa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Urzędu Ochrony Danych Osobowych,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jeżeli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uzna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Pani/Pan, że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przetwarzanie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danych osobowych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narusza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przepisy RODO.</w:t>
      </w:r>
    </w:p>
    <w:p w14:paraId="17F4C91B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10.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Podanie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danych osobowych jest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dobrowolne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jednak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jest niezbędne do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udziału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procesie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naboru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oraz organizacji Wyjazdu.</w:t>
      </w:r>
    </w:p>
    <w:p w14:paraId="24D3D239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11. Pani/Pana dane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osobowe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nie będą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wykorzystywane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zautomatyzowanego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podejmowania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decyzji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ani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profilowania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, o którym mowa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 art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>. 22 RODO.</w:t>
      </w:r>
    </w:p>
    <w:p w14:paraId="30085408" w14:textId="77777777" w:rsidR="00285450" w:rsidRDefault="00525A36" w:rsidP="00285450">
      <w:pPr>
        <w:spacing w:line="240" w:lineRule="auto"/>
        <w:jc w:val="center"/>
        <w:rPr>
          <w:rFonts w:asciiTheme="majorHAnsi" w:hAnsiTheme="majorHAnsi" w:cstheme="majorHAnsi"/>
          <w:szCs w:val="21"/>
        </w:rPr>
      </w:pPr>
      <w:r w:rsidRPr="00285450">
        <w:rPr>
          <w:rFonts w:asciiTheme="majorHAnsi" w:hAnsiTheme="majorHAnsi" w:cstheme="majorHAnsi"/>
          <w:szCs w:val="21"/>
        </w:rPr>
        <w:lastRenderedPageBreak/>
        <w:br w:type="page"/>
      </w:r>
    </w:p>
    <w:p w14:paraId="0DEA3D71" w14:textId="77777777" w:rsidR="00285450" w:rsidRDefault="00285450" w:rsidP="00285450">
      <w:pPr>
        <w:spacing w:line="240" w:lineRule="auto"/>
        <w:jc w:val="center"/>
        <w:rPr>
          <w:rFonts w:asciiTheme="majorHAnsi" w:hAnsiTheme="majorHAnsi" w:cstheme="majorHAnsi"/>
          <w:szCs w:val="21"/>
        </w:rPr>
      </w:pPr>
    </w:p>
    <w:p w14:paraId="16A37EDB" w14:textId="4A8C92D8" w:rsidR="00816DAA" w:rsidRPr="00285450" w:rsidRDefault="00525A36" w:rsidP="00285450">
      <w:pPr>
        <w:spacing w:line="240" w:lineRule="auto"/>
        <w:jc w:val="center"/>
        <w:rPr>
          <w:rFonts w:asciiTheme="majorHAnsi" w:hAnsiTheme="majorHAnsi" w:cstheme="majorHAnsi"/>
        </w:rPr>
      </w:pPr>
      <w:proofErr w:type="spellStart"/>
      <w:r w:rsidRPr="00285450">
        <w:rPr>
          <w:rFonts w:asciiTheme="majorHAnsi" w:hAnsiTheme="majorHAnsi" w:cstheme="majorHAnsi"/>
          <w:b/>
          <w:sz w:val="22"/>
        </w:rPr>
        <w:t>KLauzula</w:t>
      </w:r>
      <w:proofErr w:type="spellEnd"/>
      <w:r w:rsidRPr="00285450">
        <w:rPr>
          <w:rFonts w:asciiTheme="majorHAnsi" w:hAnsiTheme="majorHAnsi" w:cstheme="majorHAnsi"/>
          <w:b/>
          <w:sz w:val="22"/>
        </w:rPr>
        <w:t xml:space="preserve"> informacyjna </w:t>
      </w:r>
      <w:proofErr w:type="spellStart"/>
      <w:r w:rsidRPr="00285450">
        <w:rPr>
          <w:rFonts w:asciiTheme="majorHAnsi" w:hAnsiTheme="majorHAnsi" w:cstheme="majorHAnsi"/>
          <w:b/>
          <w:sz w:val="22"/>
        </w:rPr>
        <w:t>dotycząca</w:t>
      </w:r>
      <w:proofErr w:type="spellEnd"/>
      <w:r w:rsidRPr="00285450">
        <w:rPr>
          <w:rFonts w:asciiTheme="majorHAnsi" w:hAnsiTheme="majorHAnsi" w:cstheme="majorHAnsi"/>
          <w:b/>
          <w:sz w:val="22"/>
        </w:rPr>
        <w:t xml:space="preserve"> przetwarzania danych osobowych</w:t>
      </w:r>
    </w:p>
    <w:p w14:paraId="19465ED1" w14:textId="77777777" w:rsidR="00816DAA" w:rsidRPr="00285450" w:rsidRDefault="00525A36">
      <w:pPr>
        <w:jc w:val="center"/>
        <w:rPr>
          <w:rFonts w:asciiTheme="majorHAnsi" w:hAnsiTheme="majorHAnsi" w:cstheme="majorHAnsi"/>
          <w:sz w:val="22"/>
        </w:rPr>
      </w:pPr>
      <w:r w:rsidRPr="00285450">
        <w:rPr>
          <w:rFonts w:asciiTheme="majorHAnsi" w:hAnsiTheme="majorHAnsi" w:cstheme="majorHAnsi"/>
          <w:b/>
          <w:sz w:val="22"/>
        </w:rPr>
        <w:t xml:space="preserve">dla osób </w:t>
      </w:r>
      <w:proofErr w:type="spellStart"/>
      <w:r w:rsidRPr="00285450">
        <w:rPr>
          <w:rFonts w:asciiTheme="majorHAnsi" w:hAnsiTheme="majorHAnsi" w:cstheme="majorHAnsi"/>
          <w:b/>
          <w:sz w:val="22"/>
        </w:rPr>
        <w:t>wskazanych</w:t>
      </w:r>
      <w:proofErr w:type="spellEnd"/>
      <w:r w:rsidRPr="00285450">
        <w:rPr>
          <w:rFonts w:asciiTheme="majorHAnsi" w:hAnsiTheme="majorHAnsi" w:cstheme="majorHAnsi"/>
          <w:b/>
          <w:sz w:val="22"/>
        </w:rPr>
        <w:t xml:space="preserve"> do </w:t>
      </w:r>
      <w:proofErr w:type="spellStart"/>
      <w:r w:rsidRPr="00285450">
        <w:rPr>
          <w:rFonts w:asciiTheme="majorHAnsi" w:hAnsiTheme="majorHAnsi" w:cstheme="majorHAnsi"/>
          <w:b/>
          <w:sz w:val="22"/>
        </w:rPr>
        <w:t>kontaktu</w:t>
      </w:r>
      <w:proofErr w:type="spellEnd"/>
      <w:r w:rsidRPr="00285450">
        <w:rPr>
          <w:rFonts w:asciiTheme="majorHAnsi" w:hAnsiTheme="majorHAnsi" w:cstheme="majorHAnsi"/>
          <w:b/>
          <w:sz w:val="22"/>
        </w:rPr>
        <w:t xml:space="preserve"> w sytuacji </w:t>
      </w:r>
      <w:proofErr w:type="spellStart"/>
      <w:r w:rsidRPr="00285450">
        <w:rPr>
          <w:rFonts w:asciiTheme="majorHAnsi" w:hAnsiTheme="majorHAnsi" w:cstheme="majorHAnsi"/>
          <w:b/>
          <w:sz w:val="22"/>
        </w:rPr>
        <w:t>nagłej</w:t>
      </w:r>
      <w:proofErr w:type="spellEnd"/>
    </w:p>
    <w:p w14:paraId="3BB047CD" w14:textId="0536C60D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Zgodnie z art. 14 ust. 1 i ust. 2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ogólnego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rozporządzenia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UE 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ochronie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danych osobowych </w:t>
      </w:r>
      <w:r w:rsidR="00285450" w:rsidRPr="00E84068">
        <w:rPr>
          <w:rFonts w:asciiTheme="majorHAnsi" w:hAnsiTheme="majorHAnsi" w:cstheme="majorHAnsi"/>
          <w:sz w:val="20"/>
          <w:szCs w:val="20"/>
        </w:rPr>
        <w:br/>
      </w:r>
      <w:r w:rsidRPr="00E84068">
        <w:rPr>
          <w:rFonts w:asciiTheme="majorHAnsi" w:hAnsiTheme="majorHAnsi" w:cstheme="majorHAnsi"/>
          <w:sz w:val="20"/>
          <w:szCs w:val="20"/>
        </w:rPr>
        <w:t xml:space="preserve">nr 2016/679 (RODO)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informujemy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>, że:</w:t>
      </w:r>
    </w:p>
    <w:p w14:paraId="74BF4F13" w14:textId="21589B9E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1.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Administratorem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Pani/Pana danych osobowych jest Marszałek Województwa Dolnośląskiego </w:t>
      </w:r>
      <w:r w:rsidR="00285450" w:rsidRPr="00E84068">
        <w:rPr>
          <w:rFonts w:asciiTheme="majorHAnsi" w:hAnsiTheme="majorHAnsi" w:cstheme="majorHAnsi"/>
          <w:sz w:val="20"/>
          <w:szCs w:val="20"/>
        </w:rPr>
        <w:br/>
      </w:r>
      <w:r w:rsidRPr="00E84068">
        <w:rPr>
          <w:rFonts w:asciiTheme="majorHAnsi" w:hAnsiTheme="majorHAnsi" w:cstheme="majorHAnsi"/>
          <w:sz w:val="20"/>
          <w:szCs w:val="20"/>
        </w:rPr>
        <w:t>z siedzibą we Wrocławiu, ul. Wybrzeże J. Słowackiego 12-14, 50-411 Wrocław.</w:t>
      </w:r>
    </w:p>
    <w:p w14:paraId="6A49704E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2. Została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wyznaczona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osoba do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kontaktu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sprawie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przetwarzania danych osobowych (inspektor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ochrony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danych), adres e-mail: inspektor@dolnyslask.pl.</w:t>
      </w:r>
    </w:p>
    <w:p w14:paraId="1E664976" w14:textId="5F56CD65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3. Pani/Pana dane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osobowe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będą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przetwarzane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celu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umożliwienia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kontaktu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sytuacji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nagłej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związanej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z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udziałem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wskazanej osoby w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wyjeździe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studyjnym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województwa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wielkopolskiego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r w:rsidR="00285450" w:rsidRPr="00E84068">
        <w:rPr>
          <w:rFonts w:asciiTheme="majorHAnsi" w:hAnsiTheme="majorHAnsi" w:cstheme="majorHAnsi"/>
          <w:sz w:val="20"/>
          <w:szCs w:val="20"/>
        </w:rPr>
        <w:br/>
      </w:r>
      <w:r w:rsidRPr="00E84068">
        <w:rPr>
          <w:rFonts w:asciiTheme="majorHAnsi" w:hAnsiTheme="majorHAnsi" w:cstheme="majorHAnsi"/>
          <w:sz w:val="20"/>
          <w:szCs w:val="20"/>
        </w:rPr>
        <w:t xml:space="preserve">w dniach 12–14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października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2026 r.</w:t>
      </w:r>
    </w:p>
    <w:p w14:paraId="551D07A3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4. Pani/Pana dane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osobowe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zostały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pozyskane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od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uczestnika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wyjazdu studyjnego, który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wskazał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Panią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/Pana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jako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osobę do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kontaktu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sytuacji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nagłej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>.</w:t>
      </w:r>
    </w:p>
    <w:p w14:paraId="55BAD4E6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5.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Zakres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przetwarzanych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danych obejmuje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imię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i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nazwisko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oraz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numer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telefonu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, przekazane przez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uczestnika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wyjazdu w celu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kontaktu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sytuacji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nagłej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>.</w:t>
      </w:r>
    </w:p>
    <w:p w14:paraId="7B866FD7" w14:textId="3BD34196" w:rsidR="00816DAA" w:rsidRPr="00E84068" w:rsidRDefault="00525A36" w:rsidP="00672C45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6. Podstawą przetwarzania Pani/Pana danych osobowych jest art. 6 ust. 1 lit. e RODO –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przetwarzanie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jest niezbędne do wykonania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zadania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realizowanego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interesie publicznym lub </w:t>
      </w:r>
      <w:r w:rsidR="00285450" w:rsidRPr="00E84068">
        <w:rPr>
          <w:rFonts w:asciiTheme="majorHAnsi" w:hAnsiTheme="majorHAnsi" w:cstheme="majorHAnsi"/>
          <w:sz w:val="20"/>
          <w:szCs w:val="20"/>
        </w:rPr>
        <w:br/>
      </w:r>
      <w:r w:rsidRPr="00E84068">
        <w:rPr>
          <w:rFonts w:asciiTheme="majorHAnsi" w:hAnsiTheme="majorHAnsi" w:cstheme="majorHAnsi"/>
          <w:sz w:val="20"/>
          <w:szCs w:val="20"/>
        </w:rPr>
        <w:t xml:space="preserve">w ramach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sprawowania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władzy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publicznej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powierzonej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Administratorowi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w związku z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wyjazdem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studyjnym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do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województwa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wielkopolskiego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. W przypadku wystąpienia sytuacji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kryzysowej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bezpośrednio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zagrażającej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życiu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lub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zdrowiu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Uczestnika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>, podstawą przetwarzania Pana/Pani danych osobowych może być również art. 6 ust. 1 lit. d RODO (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przetwarzanie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jest niezbędne do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ochrony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żywotnych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interesów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osoby, której dane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dotyczą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, lub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innej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 xml:space="preserve"> osoby </w:t>
      </w:r>
      <w:proofErr w:type="spellStart"/>
      <w:r w:rsidR="00672C45" w:rsidRPr="00E84068">
        <w:rPr>
          <w:rFonts w:asciiTheme="majorHAnsi" w:hAnsiTheme="majorHAnsi" w:cstheme="majorHAnsi"/>
          <w:sz w:val="20"/>
          <w:szCs w:val="20"/>
        </w:rPr>
        <w:t>fizycznej</w:t>
      </w:r>
      <w:proofErr w:type="spellEnd"/>
      <w:r w:rsidR="00672C45" w:rsidRPr="00E84068">
        <w:rPr>
          <w:rFonts w:asciiTheme="majorHAnsi" w:hAnsiTheme="majorHAnsi" w:cstheme="majorHAnsi"/>
          <w:sz w:val="20"/>
          <w:szCs w:val="20"/>
        </w:rPr>
        <w:t>).</w:t>
      </w:r>
    </w:p>
    <w:p w14:paraId="6F7D87B5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7. Pani/Pana dane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osobowe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będą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przechowywane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przez okres niezbędny do realizacji celu, w którym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zostały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pozyskane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, a następnie przez okres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wynikający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z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obowiązujących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przepisów prawa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dotyczących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archiwizacji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dokumentacji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>.</w:t>
      </w:r>
    </w:p>
    <w:p w14:paraId="3DCC2DA7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8.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Odbiorcami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Pani/Pana danych osobowych mogą być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podmioty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upoważnione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na podstawie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obowiązujących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przepisów prawa oraz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podmioty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przetwarzające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dane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osobowe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imieniu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Administratora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, w zakresie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niezbędnym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do realizacji Wyjazdu.</w:t>
      </w:r>
    </w:p>
    <w:p w14:paraId="5D004618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9. Administrator nie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planuje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przekazywać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Pani/Pana danych osobowych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odbiorcom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spoza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Europejskiego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Obszaru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Gospodarczego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ani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organizacjom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międzynarodowym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>.</w:t>
      </w:r>
    </w:p>
    <w:p w14:paraId="6E8DEC2B" w14:textId="013BFCAD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10. W przypadkach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przewidzianych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przepisami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prawa przysługuje Pani/Panu prawo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dostępu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r w:rsidR="00285450" w:rsidRPr="00E84068">
        <w:rPr>
          <w:rFonts w:asciiTheme="majorHAnsi" w:hAnsiTheme="majorHAnsi" w:cstheme="majorHAnsi"/>
          <w:sz w:val="20"/>
          <w:szCs w:val="20"/>
        </w:rPr>
        <w:br/>
      </w:r>
      <w:r w:rsidRPr="00E84068">
        <w:rPr>
          <w:rFonts w:asciiTheme="majorHAnsi" w:hAnsiTheme="majorHAnsi" w:cstheme="majorHAnsi"/>
          <w:sz w:val="20"/>
          <w:szCs w:val="20"/>
        </w:rPr>
        <w:t xml:space="preserve">do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swoich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danych osobowych, ich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sprostowania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ograniczenia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przetwarzania, a także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inne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prawa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określone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w RODO, z uwzględnieniem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przewidzianych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prawem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ograniczeń.</w:t>
      </w:r>
    </w:p>
    <w:p w14:paraId="55AA2B93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11. Przysługuje Pani/Panu prawo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wniesienia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skargi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Prezesa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Urzędu Ochrony Danych Osobowych,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jeżeli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uzna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Pani/Pan, że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przetwarzanie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danych osobowych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narusza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przepisy RODO.</w:t>
      </w:r>
    </w:p>
    <w:p w14:paraId="7C568D47" w14:textId="77777777" w:rsidR="00816DAA" w:rsidRPr="00E84068" w:rsidRDefault="00525A36" w:rsidP="0028545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84068">
        <w:rPr>
          <w:rFonts w:asciiTheme="majorHAnsi" w:hAnsiTheme="majorHAnsi" w:cstheme="majorHAnsi"/>
          <w:sz w:val="20"/>
          <w:szCs w:val="20"/>
        </w:rPr>
        <w:t xml:space="preserve">12. Pani/Pana dane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osobowe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nie będą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wykorzystywane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do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zautomatyzowanego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podejmowania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decyzji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 ani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profilowania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 xml:space="preserve">, o którym mowa </w:t>
      </w:r>
      <w:proofErr w:type="spellStart"/>
      <w:r w:rsidRPr="00E84068">
        <w:rPr>
          <w:rFonts w:asciiTheme="majorHAnsi" w:hAnsiTheme="majorHAnsi" w:cstheme="majorHAnsi"/>
          <w:sz w:val="20"/>
          <w:szCs w:val="20"/>
        </w:rPr>
        <w:t>w art</w:t>
      </w:r>
      <w:proofErr w:type="spellEnd"/>
      <w:r w:rsidRPr="00E84068">
        <w:rPr>
          <w:rFonts w:asciiTheme="majorHAnsi" w:hAnsiTheme="majorHAnsi" w:cstheme="majorHAnsi"/>
          <w:sz w:val="20"/>
          <w:szCs w:val="20"/>
        </w:rPr>
        <w:t>. 22 RODO.</w:t>
      </w:r>
    </w:p>
    <w:sectPr w:rsidR="00816DAA" w:rsidRPr="00E84068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BEB2F" w14:textId="77777777" w:rsidR="00526F66" w:rsidRDefault="00526F66" w:rsidP="00285450">
      <w:pPr>
        <w:spacing w:after="0" w:line="240" w:lineRule="auto"/>
      </w:pPr>
      <w:r>
        <w:separator/>
      </w:r>
    </w:p>
  </w:endnote>
  <w:endnote w:type="continuationSeparator" w:id="0">
    <w:p w14:paraId="2CD7684C" w14:textId="77777777" w:rsidR="00526F66" w:rsidRDefault="00526F66" w:rsidP="00285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6B637" w14:textId="77777777" w:rsidR="00526F66" w:rsidRDefault="00526F66" w:rsidP="00285450">
      <w:pPr>
        <w:spacing w:after="0" w:line="240" w:lineRule="auto"/>
      </w:pPr>
      <w:r>
        <w:separator/>
      </w:r>
    </w:p>
  </w:footnote>
  <w:footnote w:type="continuationSeparator" w:id="0">
    <w:p w14:paraId="3A779CBD" w14:textId="77777777" w:rsidR="00526F66" w:rsidRDefault="00526F66" w:rsidP="00285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66F3A" w14:textId="27BA8311" w:rsidR="00285450" w:rsidRDefault="00285450">
    <w:pPr>
      <w:pStyle w:val="Nagwek"/>
    </w:pPr>
    <w:r w:rsidRPr="009F513B">
      <w:rPr>
        <w:rFonts w:asciiTheme="minorHAnsi" w:hAnsiTheme="minorHAnsi"/>
        <w:noProof/>
        <w:sz w:val="22"/>
        <w:lang w:val="pl-PL"/>
      </w:rPr>
      <w:drawing>
        <wp:inline distT="0" distB="0" distL="0" distR="0" wp14:anchorId="579CDB8D" wp14:editId="379F81E5">
          <wp:extent cx="1546860" cy="565785"/>
          <wp:effectExtent l="0" t="0" r="0" b="5715"/>
          <wp:docPr id="207200191" name="Obraz 207200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860" cy="565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HAnsi" w:hAnsiTheme="minorHAnsi"/>
        <w:noProof/>
        <w:sz w:val="22"/>
        <w:lang w:val="pl-PL"/>
      </w:rPr>
      <w:t xml:space="preserve">                                                                                               </w:t>
    </w:r>
    <w:r w:rsidRPr="009F513B">
      <w:rPr>
        <w:rFonts w:asciiTheme="minorHAnsi" w:hAnsiTheme="minorHAnsi"/>
        <w:noProof/>
        <w:sz w:val="22"/>
        <w:lang w:val="pl-PL"/>
      </w:rPr>
      <w:drawing>
        <wp:inline distT="0" distB="0" distL="0" distR="0" wp14:anchorId="3942DC1F" wp14:editId="55036CE6">
          <wp:extent cx="541020" cy="570785"/>
          <wp:effectExtent l="0" t="0" r="0" b="1270"/>
          <wp:docPr id="150786356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647" cy="597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2120659">
    <w:abstractNumId w:val="8"/>
  </w:num>
  <w:num w:numId="2" w16cid:durableId="518087478">
    <w:abstractNumId w:val="6"/>
  </w:num>
  <w:num w:numId="3" w16cid:durableId="654260034">
    <w:abstractNumId w:val="5"/>
  </w:num>
  <w:num w:numId="4" w16cid:durableId="1649244604">
    <w:abstractNumId w:val="4"/>
  </w:num>
  <w:num w:numId="5" w16cid:durableId="871377580">
    <w:abstractNumId w:val="7"/>
  </w:num>
  <w:num w:numId="6" w16cid:durableId="1191533606">
    <w:abstractNumId w:val="3"/>
  </w:num>
  <w:num w:numId="7" w16cid:durableId="1020008478">
    <w:abstractNumId w:val="2"/>
  </w:num>
  <w:num w:numId="8" w16cid:durableId="1596094546">
    <w:abstractNumId w:val="1"/>
  </w:num>
  <w:num w:numId="9" w16cid:durableId="592126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2D6"/>
    <w:rsid w:val="00034616"/>
    <w:rsid w:val="0006063C"/>
    <w:rsid w:val="000708D3"/>
    <w:rsid w:val="0015074B"/>
    <w:rsid w:val="00285450"/>
    <w:rsid w:val="0029639D"/>
    <w:rsid w:val="00326F90"/>
    <w:rsid w:val="004B2D0F"/>
    <w:rsid w:val="00525A36"/>
    <w:rsid w:val="00526F66"/>
    <w:rsid w:val="00672C45"/>
    <w:rsid w:val="007F34B6"/>
    <w:rsid w:val="00816DAA"/>
    <w:rsid w:val="008C60E3"/>
    <w:rsid w:val="008F4EA1"/>
    <w:rsid w:val="00997461"/>
    <w:rsid w:val="00AA1D8D"/>
    <w:rsid w:val="00B47730"/>
    <w:rsid w:val="00CB0664"/>
    <w:rsid w:val="00E840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C8892D"/>
  <w14:defaultImageDpi w14:val="300"/>
  <w15:docId w15:val="{0345433A-9D1D-6746-8CFB-EFC36133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672C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C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C45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2C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2C45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812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UMWD UMWD</cp:lastModifiedBy>
  <cp:revision>2</cp:revision>
  <dcterms:created xsi:type="dcterms:W3CDTF">2026-09-21T11:48:00Z</dcterms:created>
  <dcterms:modified xsi:type="dcterms:W3CDTF">2026-09-21T11:48:00Z</dcterms:modified>
  <cp:category/>
</cp:coreProperties>
</file>